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C12A15" w14:textId="20FD626F" w:rsidR="00656D65" w:rsidRPr="00A67C33" w:rsidRDefault="00656D65" w:rsidP="00656D65">
      <w:pPr>
        <w:pStyle w:val="Sangra3detindependiente"/>
        <w:ind w:left="0" w:firstLine="284"/>
        <w:jc w:val="center"/>
        <w:rPr>
          <w:rFonts w:ascii="Segoe UI" w:hAnsi="Segoe UI" w:cs="Segoe UI"/>
          <w:b/>
          <w:sz w:val="20"/>
          <w:szCs w:val="20"/>
        </w:rPr>
      </w:pPr>
      <w:bookmarkStart w:id="0" w:name="_GoBack"/>
      <w:bookmarkEnd w:id="0"/>
      <w:r w:rsidRPr="00A67C33">
        <w:rPr>
          <w:rFonts w:ascii="Segoe UI" w:eastAsia="Arial Unicode MS" w:hAnsi="Segoe UI" w:cs="Segoe UI"/>
          <w:b/>
          <w:sz w:val="20"/>
          <w:szCs w:val="20"/>
        </w:rPr>
        <w:t xml:space="preserve">ANEXO II- </w:t>
      </w:r>
      <w:r w:rsidRPr="00A67C33">
        <w:rPr>
          <w:rFonts w:ascii="Segoe UI" w:hAnsi="Segoe UI" w:cs="Segoe UI"/>
          <w:b/>
          <w:sz w:val="20"/>
          <w:szCs w:val="20"/>
        </w:rPr>
        <w:t>SOLICITUD DE PARTICIPACIÓN</w:t>
      </w:r>
    </w:p>
    <w:tbl>
      <w:tblPr>
        <w:tblW w:w="10605" w:type="dxa"/>
        <w:tblInd w:w="-106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143"/>
        <w:gridCol w:w="4044"/>
        <w:gridCol w:w="1418"/>
      </w:tblGrid>
      <w:tr w:rsidR="00656D65" w:rsidRPr="00A67C33" w14:paraId="62A5507B" w14:textId="77777777" w:rsidTr="00CC5561">
        <w:trPr>
          <w:trHeight w:val="544"/>
        </w:trPr>
        <w:tc>
          <w:tcPr>
            <w:tcW w:w="5143" w:type="dxa"/>
            <w:tcBorders>
              <w:top w:val="single" w:sz="4" w:space="0" w:color="auto"/>
              <w:left w:val="single" w:sz="4" w:space="0" w:color="auto"/>
              <w:bottom w:val="single" w:sz="4" w:space="0" w:color="auto"/>
              <w:right w:val="single" w:sz="4" w:space="0" w:color="auto"/>
            </w:tcBorders>
            <w:vAlign w:val="center"/>
          </w:tcPr>
          <w:p w14:paraId="3DC8F716" w14:textId="77777777" w:rsidR="00656D65" w:rsidRPr="00A67C33" w:rsidRDefault="00656D65" w:rsidP="00CC5561">
            <w:pPr>
              <w:spacing w:line="360" w:lineRule="auto"/>
              <w:rPr>
                <w:rFonts w:ascii="Segoe UI" w:hAnsi="Segoe UI" w:cs="Segoe UI"/>
                <w:b/>
                <w:sz w:val="20"/>
                <w:szCs w:val="20"/>
              </w:rPr>
            </w:pPr>
            <w:r w:rsidRPr="00A67C33">
              <w:rPr>
                <w:rFonts w:ascii="Segoe UI" w:hAnsi="Segoe UI" w:cs="Segoe UI"/>
                <w:b/>
                <w:sz w:val="20"/>
                <w:szCs w:val="20"/>
              </w:rPr>
              <w:t>NOMBRE CONVOCATORIA:</w:t>
            </w:r>
          </w:p>
        </w:tc>
        <w:tc>
          <w:tcPr>
            <w:tcW w:w="4044" w:type="dxa"/>
            <w:tcBorders>
              <w:top w:val="single" w:sz="4" w:space="0" w:color="auto"/>
              <w:left w:val="single" w:sz="4" w:space="0" w:color="auto"/>
              <w:bottom w:val="single" w:sz="4" w:space="0" w:color="auto"/>
              <w:right w:val="double" w:sz="4" w:space="0" w:color="auto"/>
            </w:tcBorders>
            <w:vAlign w:val="center"/>
            <w:hideMark/>
          </w:tcPr>
          <w:p w14:paraId="61BBD909" w14:textId="77777777" w:rsidR="00656D65" w:rsidRPr="00A67C33" w:rsidRDefault="00656D65" w:rsidP="00CC5561">
            <w:pPr>
              <w:spacing w:line="360" w:lineRule="auto"/>
              <w:ind w:hanging="426"/>
              <w:jc w:val="center"/>
              <w:rPr>
                <w:rFonts w:ascii="Segoe UI" w:hAnsi="Segoe UI" w:cs="Segoe UI"/>
                <w:b/>
                <w:sz w:val="20"/>
                <w:szCs w:val="20"/>
              </w:rPr>
            </w:pPr>
            <w:r w:rsidRPr="00A67C33">
              <w:rPr>
                <w:rFonts w:ascii="Segoe UI" w:hAnsi="Segoe UI" w:cs="Segoe UI"/>
                <w:b/>
                <w:sz w:val="20"/>
                <w:szCs w:val="20"/>
              </w:rPr>
              <w:t xml:space="preserve">FECHA DE CONVOCATORIA       </w:t>
            </w:r>
          </w:p>
        </w:tc>
        <w:tc>
          <w:tcPr>
            <w:tcW w:w="1418" w:type="dxa"/>
            <w:tcBorders>
              <w:top w:val="double" w:sz="4" w:space="0" w:color="auto"/>
              <w:left w:val="double" w:sz="4" w:space="0" w:color="auto"/>
              <w:bottom w:val="double" w:sz="4" w:space="0" w:color="auto"/>
              <w:right w:val="double" w:sz="4" w:space="0" w:color="auto"/>
            </w:tcBorders>
            <w:vAlign w:val="center"/>
          </w:tcPr>
          <w:p w14:paraId="7E822A7F" w14:textId="77777777" w:rsidR="00656D65" w:rsidRPr="00A67C33" w:rsidRDefault="00656D65" w:rsidP="00CC5561">
            <w:pPr>
              <w:spacing w:line="360" w:lineRule="auto"/>
              <w:ind w:hanging="426"/>
              <w:jc w:val="center"/>
              <w:rPr>
                <w:rFonts w:ascii="Segoe UI" w:hAnsi="Segoe UI" w:cs="Segoe UI"/>
                <w:b/>
                <w:sz w:val="20"/>
                <w:szCs w:val="20"/>
              </w:rPr>
            </w:pPr>
          </w:p>
        </w:tc>
      </w:tr>
    </w:tbl>
    <w:p w14:paraId="7B0D72BF" w14:textId="77777777" w:rsidR="00656D65" w:rsidRPr="00A67C33" w:rsidRDefault="00656D65" w:rsidP="00656D65">
      <w:pPr>
        <w:ind w:left="-567"/>
        <w:rPr>
          <w:rFonts w:ascii="Segoe UI" w:hAnsi="Segoe UI" w:cs="Segoe UI"/>
          <w:b/>
          <w:sz w:val="20"/>
          <w:szCs w:val="20"/>
        </w:rPr>
      </w:pPr>
      <w:r w:rsidRPr="00A67C33">
        <w:rPr>
          <w:rFonts w:ascii="Segoe UI" w:hAnsi="Segoe UI" w:cs="Segoe UI"/>
          <w:b/>
          <w:sz w:val="20"/>
          <w:szCs w:val="20"/>
        </w:rPr>
        <w:t>Datos personales y datos a los efectos de la práctica de la notificación de los procedimientos relativos a la presente solicitud:</w:t>
      </w:r>
    </w:p>
    <w:tbl>
      <w:tblPr>
        <w:tblW w:w="10632" w:type="dxa"/>
        <w:tblInd w:w="-1068"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
        <w:gridCol w:w="6582"/>
        <w:gridCol w:w="4023"/>
        <w:gridCol w:w="17"/>
      </w:tblGrid>
      <w:tr w:rsidR="00656D65" w:rsidRPr="00A67C33" w14:paraId="6B604D2F" w14:textId="77777777" w:rsidTr="00CC5561">
        <w:trPr>
          <w:gridBefore w:val="1"/>
          <w:gridAfter w:val="1"/>
          <w:wBefore w:w="10" w:type="dxa"/>
          <w:wAfter w:w="17" w:type="dxa"/>
          <w:trHeight w:hRule="exact" w:val="510"/>
        </w:trPr>
        <w:tc>
          <w:tcPr>
            <w:tcW w:w="6582" w:type="dxa"/>
            <w:tcBorders>
              <w:top w:val="single" w:sz="4" w:space="0" w:color="auto"/>
              <w:left w:val="single" w:sz="4" w:space="0" w:color="auto"/>
              <w:bottom w:val="single" w:sz="4" w:space="0" w:color="auto"/>
              <w:right w:val="single" w:sz="4" w:space="0" w:color="auto"/>
            </w:tcBorders>
            <w:vAlign w:val="center"/>
            <w:hideMark/>
          </w:tcPr>
          <w:p w14:paraId="4DF7F116" w14:textId="77777777" w:rsidR="00656D65" w:rsidRPr="00A67C33" w:rsidRDefault="00656D65" w:rsidP="00CC5561">
            <w:pPr>
              <w:spacing w:before="200" w:line="360" w:lineRule="auto"/>
              <w:rPr>
                <w:rFonts w:ascii="Segoe UI" w:hAnsi="Segoe UI" w:cs="Segoe UI"/>
                <w:b/>
                <w:sz w:val="20"/>
                <w:szCs w:val="20"/>
              </w:rPr>
            </w:pPr>
            <w:r w:rsidRPr="00A67C33">
              <w:rPr>
                <w:rFonts w:ascii="Segoe UI" w:hAnsi="Segoe UI" w:cs="Segoe UI"/>
                <w:b/>
                <w:sz w:val="20"/>
                <w:szCs w:val="20"/>
              </w:rPr>
              <w:t>APELLIDOS Y NOMBRE:</w:t>
            </w:r>
          </w:p>
        </w:tc>
        <w:tc>
          <w:tcPr>
            <w:tcW w:w="4023" w:type="dxa"/>
            <w:tcBorders>
              <w:top w:val="single" w:sz="4" w:space="0" w:color="auto"/>
              <w:left w:val="single" w:sz="4" w:space="0" w:color="auto"/>
              <w:bottom w:val="single" w:sz="4" w:space="0" w:color="auto"/>
              <w:right w:val="single" w:sz="4" w:space="0" w:color="auto"/>
            </w:tcBorders>
            <w:vAlign w:val="center"/>
          </w:tcPr>
          <w:p w14:paraId="3BE8C1D1" w14:textId="77777777" w:rsidR="00656D65" w:rsidRPr="00A67C33" w:rsidRDefault="00656D65" w:rsidP="00CC5561">
            <w:pPr>
              <w:spacing w:before="200" w:line="360" w:lineRule="auto"/>
              <w:rPr>
                <w:rFonts w:ascii="Segoe UI" w:hAnsi="Segoe UI" w:cs="Segoe UI"/>
                <w:b/>
                <w:sz w:val="20"/>
                <w:szCs w:val="20"/>
              </w:rPr>
            </w:pPr>
            <w:r w:rsidRPr="00A67C33">
              <w:rPr>
                <w:rFonts w:ascii="Segoe UI" w:hAnsi="Segoe UI" w:cs="Segoe UI"/>
                <w:b/>
                <w:sz w:val="20"/>
                <w:szCs w:val="20"/>
              </w:rPr>
              <w:t>DNI/NIF</w:t>
            </w:r>
          </w:p>
        </w:tc>
      </w:tr>
      <w:tr w:rsidR="00656D65" w:rsidRPr="00A67C33" w14:paraId="140D2344" w14:textId="77777777" w:rsidTr="00CC5561">
        <w:trPr>
          <w:gridBefore w:val="1"/>
          <w:gridAfter w:val="1"/>
          <w:wBefore w:w="10" w:type="dxa"/>
          <w:wAfter w:w="17" w:type="dxa"/>
          <w:trHeight w:val="454"/>
        </w:trPr>
        <w:tc>
          <w:tcPr>
            <w:tcW w:w="6582" w:type="dxa"/>
            <w:tcBorders>
              <w:top w:val="single" w:sz="4" w:space="0" w:color="auto"/>
              <w:left w:val="single" w:sz="4" w:space="0" w:color="auto"/>
              <w:bottom w:val="single" w:sz="4" w:space="0" w:color="auto"/>
              <w:right w:val="single" w:sz="4" w:space="0" w:color="auto"/>
            </w:tcBorders>
            <w:vAlign w:val="center"/>
            <w:hideMark/>
          </w:tcPr>
          <w:p w14:paraId="687DF13E" w14:textId="77777777" w:rsidR="00656D65" w:rsidRPr="00A67C33" w:rsidRDefault="00656D65" w:rsidP="00CC5561">
            <w:pPr>
              <w:rPr>
                <w:rFonts w:ascii="Segoe UI" w:hAnsi="Segoe UI" w:cs="Segoe UI"/>
                <w:sz w:val="20"/>
                <w:szCs w:val="20"/>
              </w:rPr>
            </w:pPr>
            <w:r w:rsidRPr="00A67C33">
              <w:rPr>
                <w:rFonts w:ascii="Segoe UI" w:hAnsi="Segoe UI" w:cs="Segoe UI"/>
                <w:b/>
                <w:sz w:val="20"/>
                <w:szCs w:val="20"/>
              </w:rPr>
              <w:t>e-mail:</w:t>
            </w:r>
          </w:p>
        </w:tc>
        <w:tc>
          <w:tcPr>
            <w:tcW w:w="4023" w:type="dxa"/>
            <w:tcBorders>
              <w:top w:val="single" w:sz="4" w:space="0" w:color="auto"/>
              <w:left w:val="single" w:sz="4" w:space="0" w:color="auto"/>
              <w:bottom w:val="single" w:sz="4" w:space="0" w:color="auto"/>
              <w:right w:val="single" w:sz="4" w:space="0" w:color="auto"/>
            </w:tcBorders>
            <w:vAlign w:val="center"/>
            <w:hideMark/>
          </w:tcPr>
          <w:p w14:paraId="429CCA64" w14:textId="77777777" w:rsidR="00656D65" w:rsidRPr="00A67C33" w:rsidRDefault="00656D65" w:rsidP="00CC5561">
            <w:pPr>
              <w:rPr>
                <w:rFonts w:ascii="Segoe UI" w:hAnsi="Segoe UI" w:cs="Segoe UI"/>
                <w:sz w:val="20"/>
                <w:szCs w:val="20"/>
              </w:rPr>
            </w:pPr>
            <w:r w:rsidRPr="00A67C33">
              <w:rPr>
                <w:rFonts w:ascii="Segoe UI" w:hAnsi="Segoe UI" w:cs="Segoe UI"/>
                <w:b/>
                <w:sz w:val="20"/>
                <w:szCs w:val="20"/>
              </w:rPr>
              <w:t>Teléfono móvil</w:t>
            </w:r>
          </w:p>
        </w:tc>
      </w:tr>
      <w:tr w:rsidR="00656D65" w:rsidRPr="00A67C33" w14:paraId="459683DE" w14:textId="77777777" w:rsidTr="00CC5561">
        <w:trPr>
          <w:gridBefore w:val="1"/>
          <w:gridAfter w:val="1"/>
          <w:wBefore w:w="10" w:type="dxa"/>
          <w:wAfter w:w="17" w:type="dxa"/>
          <w:trHeight w:val="321"/>
        </w:trPr>
        <w:tc>
          <w:tcPr>
            <w:tcW w:w="6582" w:type="dxa"/>
            <w:tcBorders>
              <w:top w:val="single" w:sz="4" w:space="0" w:color="auto"/>
              <w:left w:val="single" w:sz="4" w:space="0" w:color="auto"/>
              <w:bottom w:val="single" w:sz="4" w:space="0" w:color="auto"/>
              <w:right w:val="single" w:sz="4" w:space="0" w:color="auto"/>
            </w:tcBorders>
            <w:vAlign w:val="center"/>
            <w:hideMark/>
          </w:tcPr>
          <w:p w14:paraId="570E9F60" w14:textId="77777777" w:rsidR="00656D65" w:rsidRPr="00A67C33" w:rsidRDefault="00656D65" w:rsidP="00CC5561">
            <w:pPr>
              <w:rPr>
                <w:rFonts w:ascii="Segoe UI" w:hAnsi="Segoe UI" w:cs="Segoe UI"/>
                <w:b/>
                <w:sz w:val="20"/>
                <w:szCs w:val="20"/>
              </w:rPr>
            </w:pPr>
            <w:r w:rsidRPr="00A67C33">
              <w:rPr>
                <w:rFonts w:ascii="Segoe UI" w:hAnsi="Segoe UI" w:cs="Segoe UI"/>
                <w:b/>
                <w:sz w:val="20"/>
                <w:szCs w:val="20"/>
              </w:rPr>
              <w:t>Domicilio (C/, nº y piso)</w:t>
            </w:r>
          </w:p>
        </w:tc>
        <w:tc>
          <w:tcPr>
            <w:tcW w:w="4023" w:type="dxa"/>
            <w:tcBorders>
              <w:top w:val="single" w:sz="4" w:space="0" w:color="auto"/>
              <w:left w:val="single" w:sz="4" w:space="0" w:color="auto"/>
              <w:bottom w:val="single" w:sz="4" w:space="0" w:color="auto"/>
              <w:right w:val="single" w:sz="4" w:space="0" w:color="auto"/>
            </w:tcBorders>
            <w:vAlign w:val="center"/>
            <w:hideMark/>
          </w:tcPr>
          <w:p w14:paraId="6704FE23" w14:textId="77777777" w:rsidR="00656D65" w:rsidRPr="00A67C33" w:rsidRDefault="00656D65" w:rsidP="00CC5561">
            <w:pPr>
              <w:rPr>
                <w:rFonts w:ascii="Segoe UI" w:hAnsi="Segoe UI" w:cs="Segoe UI"/>
                <w:sz w:val="20"/>
                <w:szCs w:val="20"/>
              </w:rPr>
            </w:pPr>
            <w:r w:rsidRPr="00A67C33">
              <w:rPr>
                <w:rFonts w:ascii="Segoe UI" w:hAnsi="Segoe UI" w:cs="Segoe UI"/>
                <w:b/>
                <w:sz w:val="20"/>
                <w:szCs w:val="20"/>
              </w:rPr>
              <w:t>Código Postal</w:t>
            </w:r>
          </w:p>
        </w:tc>
      </w:tr>
      <w:tr w:rsidR="00656D65" w:rsidRPr="00A67C33" w14:paraId="2D7A095A" w14:textId="77777777" w:rsidTr="00CC5561">
        <w:trPr>
          <w:gridBefore w:val="1"/>
          <w:gridAfter w:val="1"/>
          <w:wBefore w:w="10" w:type="dxa"/>
          <w:wAfter w:w="17" w:type="dxa"/>
          <w:trHeight w:val="285"/>
        </w:trPr>
        <w:tc>
          <w:tcPr>
            <w:tcW w:w="6582" w:type="dxa"/>
            <w:tcBorders>
              <w:top w:val="single" w:sz="4" w:space="0" w:color="auto"/>
              <w:left w:val="single" w:sz="4" w:space="0" w:color="auto"/>
              <w:bottom w:val="single" w:sz="4" w:space="0" w:color="auto"/>
              <w:right w:val="single" w:sz="4" w:space="0" w:color="auto"/>
            </w:tcBorders>
            <w:vAlign w:val="center"/>
            <w:hideMark/>
          </w:tcPr>
          <w:p w14:paraId="3A4DBEDB" w14:textId="77777777" w:rsidR="00656D65" w:rsidRPr="00A67C33" w:rsidRDefault="00656D65" w:rsidP="00CC5561">
            <w:pPr>
              <w:rPr>
                <w:rFonts w:ascii="Segoe UI" w:hAnsi="Segoe UI" w:cs="Segoe UI"/>
                <w:sz w:val="20"/>
                <w:szCs w:val="20"/>
              </w:rPr>
            </w:pPr>
            <w:r w:rsidRPr="00A67C33">
              <w:rPr>
                <w:rFonts w:ascii="Segoe UI" w:hAnsi="Segoe UI" w:cs="Segoe UI"/>
                <w:b/>
                <w:sz w:val="20"/>
                <w:szCs w:val="20"/>
              </w:rPr>
              <w:t>Localidad</w:t>
            </w:r>
          </w:p>
        </w:tc>
        <w:tc>
          <w:tcPr>
            <w:tcW w:w="4023" w:type="dxa"/>
            <w:tcBorders>
              <w:top w:val="single" w:sz="4" w:space="0" w:color="auto"/>
              <w:left w:val="single" w:sz="4" w:space="0" w:color="auto"/>
              <w:bottom w:val="single" w:sz="4" w:space="0" w:color="auto"/>
              <w:right w:val="single" w:sz="4" w:space="0" w:color="auto"/>
            </w:tcBorders>
            <w:vAlign w:val="center"/>
            <w:hideMark/>
          </w:tcPr>
          <w:p w14:paraId="539F9DEA" w14:textId="77777777" w:rsidR="00656D65" w:rsidRPr="00A67C33" w:rsidRDefault="00656D65" w:rsidP="00CC5561">
            <w:pPr>
              <w:rPr>
                <w:rFonts w:ascii="Segoe UI" w:hAnsi="Segoe UI" w:cs="Segoe UI"/>
                <w:sz w:val="20"/>
                <w:szCs w:val="20"/>
              </w:rPr>
            </w:pPr>
            <w:r w:rsidRPr="00A67C33">
              <w:rPr>
                <w:rFonts w:ascii="Segoe UI" w:hAnsi="Segoe UI" w:cs="Segoe UI"/>
                <w:b/>
                <w:sz w:val="20"/>
                <w:szCs w:val="20"/>
              </w:rPr>
              <w:t>Provincia</w:t>
            </w:r>
          </w:p>
        </w:tc>
      </w:tr>
      <w:tr w:rsidR="00656D65" w:rsidRPr="00A67C33" w14:paraId="6073EDDF" w14:textId="77777777" w:rsidTr="00CC5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21"/>
        </w:trPr>
        <w:tc>
          <w:tcPr>
            <w:tcW w:w="10632" w:type="dxa"/>
            <w:gridSpan w:val="4"/>
            <w:shd w:val="clear" w:color="auto" w:fill="auto"/>
          </w:tcPr>
          <w:p w14:paraId="3DC59863" w14:textId="77777777" w:rsidR="00656D65" w:rsidRPr="00A67C33" w:rsidRDefault="00656D65" w:rsidP="00CC5561">
            <w:pPr>
              <w:spacing w:before="200" w:line="360" w:lineRule="auto"/>
              <w:rPr>
                <w:rFonts w:ascii="Segoe UI" w:hAnsi="Segoe UI" w:cs="Segoe UI"/>
                <w:b/>
                <w:bCs/>
                <w:sz w:val="20"/>
                <w:szCs w:val="20"/>
              </w:rPr>
            </w:pPr>
            <w:r w:rsidRPr="00A67C33">
              <w:rPr>
                <w:rFonts w:ascii="Segoe UI" w:hAnsi="Segoe UI" w:cs="Segoe UI"/>
                <w:b/>
                <w:sz w:val="20"/>
                <w:szCs w:val="20"/>
              </w:rPr>
              <w:t>TITULACIÓN ACADÉMICA DEL CANDIDATO:</w:t>
            </w:r>
            <w:r w:rsidRPr="00A67C33">
              <w:rPr>
                <w:rFonts w:ascii="Segoe UI" w:hAnsi="Segoe UI" w:cs="Segoe UI"/>
                <w:b/>
                <w:bCs/>
                <w:sz w:val="20"/>
                <w:szCs w:val="20"/>
              </w:rPr>
              <w:t xml:space="preserve"> </w:t>
            </w:r>
          </w:p>
        </w:tc>
      </w:tr>
    </w:tbl>
    <w:p w14:paraId="5A797108" w14:textId="77777777" w:rsidR="00656D65" w:rsidRPr="00A67C33" w:rsidRDefault="00656D65" w:rsidP="00656D65">
      <w:pPr>
        <w:ind w:left="-567" w:right="282"/>
        <w:rPr>
          <w:rFonts w:ascii="Segoe UI" w:hAnsi="Segoe UI" w:cs="Segoe UI"/>
          <w:sz w:val="20"/>
          <w:szCs w:val="20"/>
        </w:rPr>
      </w:pPr>
      <w:r w:rsidRPr="00A67C33">
        <w:rPr>
          <w:rFonts w:ascii="Segoe UI" w:hAnsi="Segoe UI" w:cs="Segoe UI"/>
          <w:sz w:val="20"/>
          <w:szCs w:val="20"/>
        </w:rPr>
        <w:t>Se aporta la siguiente documentación:</w:t>
      </w:r>
    </w:p>
    <w:p w14:paraId="7FF224C2" w14:textId="77777777" w:rsidR="00656D65" w:rsidRPr="00A67C33" w:rsidRDefault="00656D65" w:rsidP="00656D65">
      <w:pPr>
        <w:spacing w:after="60"/>
        <w:ind w:left="284" w:hanging="284"/>
        <w:rPr>
          <w:rFonts w:ascii="Segoe UI" w:hAnsi="Segoe UI" w:cs="Segoe UI"/>
          <w:sz w:val="20"/>
          <w:szCs w:val="20"/>
        </w:rPr>
      </w:pPr>
      <w:r w:rsidRPr="00A67C33">
        <w:rPr>
          <w:rFonts w:ascii="Segoe UI" w:hAnsi="Segoe UI" w:cs="Segoe UI"/>
          <w:b/>
          <w:sz w:val="20"/>
          <w:szCs w:val="20"/>
        </w:rPr>
        <w:fldChar w:fldCharType="begin">
          <w:ffData>
            <w:name w:val="OtroNo"/>
            <w:enabled/>
            <w:calcOnExit w:val="0"/>
            <w:checkBox>
              <w:sizeAuto/>
              <w:default w:val="0"/>
            </w:checkBox>
          </w:ffData>
        </w:fldChar>
      </w:r>
      <w:r w:rsidRPr="00A67C33">
        <w:rPr>
          <w:rFonts w:ascii="Segoe UI" w:hAnsi="Segoe UI" w:cs="Segoe UI"/>
          <w:b/>
          <w:sz w:val="20"/>
          <w:szCs w:val="20"/>
        </w:rPr>
        <w:instrText xml:space="preserve"> FORMCHECKBOX </w:instrText>
      </w:r>
      <w:r w:rsidR="008D08AB">
        <w:rPr>
          <w:rFonts w:ascii="Segoe UI" w:hAnsi="Segoe UI" w:cs="Segoe UI"/>
          <w:b/>
          <w:sz w:val="20"/>
          <w:szCs w:val="20"/>
        </w:rPr>
      </w:r>
      <w:r w:rsidR="008D08AB">
        <w:rPr>
          <w:rFonts w:ascii="Segoe UI" w:hAnsi="Segoe UI" w:cs="Segoe UI"/>
          <w:b/>
          <w:sz w:val="20"/>
          <w:szCs w:val="20"/>
        </w:rPr>
        <w:fldChar w:fldCharType="separate"/>
      </w:r>
      <w:r w:rsidRPr="00A67C33">
        <w:rPr>
          <w:rFonts w:ascii="Segoe UI" w:hAnsi="Segoe UI" w:cs="Segoe UI"/>
          <w:b/>
          <w:sz w:val="20"/>
          <w:szCs w:val="20"/>
        </w:rPr>
        <w:fldChar w:fldCharType="end"/>
      </w:r>
      <w:r w:rsidRPr="00A67C33">
        <w:rPr>
          <w:rFonts w:ascii="Segoe UI" w:hAnsi="Segoe UI" w:cs="Segoe UI"/>
          <w:b/>
          <w:sz w:val="20"/>
          <w:szCs w:val="20"/>
        </w:rPr>
        <w:t xml:space="preserve"> </w:t>
      </w:r>
      <w:r w:rsidRPr="00A67C33">
        <w:rPr>
          <w:rFonts w:ascii="Segoe UI" w:hAnsi="Segoe UI" w:cs="Segoe UI"/>
          <w:sz w:val="20"/>
          <w:szCs w:val="20"/>
        </w:rPr>
        <w:t>Fotocopia del documento nacional de identidad (</w:t>
      </w:r>
      <w:r w:rsidRPr="00A67C33">
        <w:rPr>
          <w:rFonts w:ascii="Segoe UI" w:hAnsi="Segoe UI" w:cs="Segoe UI"/>
          <w:b/>
          <w:sz w:val="20"/>
          <w:szCs w:val="20"/>
        </w:rPr>
        <w:t>DNI</w:t>
      </w:r>
      <w:r w:rsidRPr="00A67C33">
        <w:rPr>
          <w:rFonts w:ascii="Segoe UI" w:hAnsi="Segoe UI" w:cs="Segoe UI"/>
          <w:sz w:val="20"/>
          <w:szCs w:val="20"/>
        </w:rPr>
        <w:t>) o documento equivalente para nacionales de otros estados miembros Unión Europea.</w:t>
      </w:r>
    </w:p>
    <w:p w14:paraId="0779130D" w14:textId="77777777" w:rsidR="00656D65" w:rsidRPr="00A67C33" w:rsidRDefault="00656D65" w:rsidP="00656D65">
      <w:pPr>
        <w:spacing w:after="60"/>
        <w:ind w:left="284" w:right="282" w:hanging="284"/>
        <w:rPr>
          <w:rFonts w:ascii="Segoe UI" w:hAnsi="Segoe UI" w:cs="Segoe UI"/>
          <w:sz w:val="20"/>
          <w:szCs w:val="20"/>
        </w:rPr>
      </w:pPr>
      <w:r w:rsidRPr="00A67C33">
        <w:rPr>
          <w:rFonts w:ascii="Segoe UI" w:hAnsi="Segoe UI" w:cs="Segoe UI"/>
          <w:b/>
          <w:sz w:val="20"/>
          <w:szCs w:val="20"/>
        </w:rPr>
        <w:fldChar w:fldCharType="begin">
          <w:ffData>
            <w:name w:val="OtroNo"/>
            <w:enabled/>
            <w:calcOnExit w:val="0"/>
            <w:checkBox>
              <w:sizeAuto/>
              <w:default w:val="0"/>
            </w:checkBox>
          </w:ffData>
        </w:fldChar>
      </w:r>
      <w:r w:rsidRPr="00A67C33">
        <w:rPr>
          <w:rFonts w:ascii="Segoe UI" w:hAnsi="Segoe UI" w:cs="Segoe UI"/>
          <w:b/>
          <w:sz w:val="20"/>
          <w:szCs w:val="20"/>
        </w:rPr>
        <w:instrText xml:space="preserve"> FORMCHECKBOX </w:instrText>
      </w:r>
      <w:r w:rsidR="008D08AB">
        <w:rPr>
          <w:rFonts w:ascii="Segoe UI" w:hAnsi="Segoe UI" w:cs="Segoe UI"/>
          <w:b/>
          <w:sz w:val="20"/>
          <w:szCs w:val="20"/>
        </w:rPr>
      </w:r>
      <w:r w:rsidR="008D08AB">
        <w:rPr>
          <w:rFonts w:ascii="Segoe UI" w:hAnsi="Segoe UI" w:cs="Segoe UI"/>
          <w:b/>
          <w:sz w:val="20"/>
          <w:szCs w:val="20"/>
        </w:rPr>
        <w:fldChar w:fldCharType="separate"/>
      </w:r>
      <w:r w:rsidRPr="00A67C33">
        <w:rPr>
          <w:rFonts w:ascii="Segoe UI" w:hAnsi="Segoe UI" w:cs="Segoe UI"/>
          <w:b/>
          <w:sz w:val="20"/>
          <w:szCs w:val="20"/>
        </w:rPr>
        <w:fldChar w:fldCharType="end"/>
      </w:r>
      <w:r w:rsidRPr="00A67C33">
        <w:rPr>
          <w:rFonts w:ascii="Segoe UI" w:hAnsi="Segoe UI" w:cs="Segoe UI"/>
          <w:b/>
          <w:sz w:val="20"/>
          <w:szCs w:val="20"/>
        </w:rPr>
        <w:t xml:space="preserve"> </w:t>
      </w:r>
      <w:r w:rsidRPr="00A67C33">
        <w:rPr>
          <w:rFonts w:ascii="Segoe UI" w:hAnsi="Segoe UI" w:cs="Segoe UI"/>
          <w:sz w:val="20"/>
          <w:szCs w:val="20"/>
        </w:rPr>
        <w:t xml:space="preserve">Justificante del </w:t>
      </w:r>
      <w:r w:rsidRPr="00A67C33">
        <w:rPr>
          <w:rFonts w:ascii="Segoe UI" w:hAnsi="Segoe UI" w:cs="Segoe UI"/>
          <w:b/>
          <w:sz w:val="20"/>
          <w:szCs w:val="20"/>
        </w:rPr>
        <w:t>ingreso o de la transferencia</w:t>
      </w:r>
      <w:r w:rsidRPr="00A67C33">
        <w:rPr>
          <w:rFonts w:ascii="Segoe UI" w:hAnsi="Segoe UI" w:cs="Segoe UI"/>
          <w:sz w:val="20"/>
          <w:szCs w:val="20"/>
        </w:rPr>
        <w:t xml:space="preserve"> bancaria relativa al abono de los derechos por participación en el proceso, o justificante de la exención del pago</w:t>
      </w:r>
    </w:p>
    <w:p w14:paraId="4ADC94D7" w14:textId="77777777" w:rsidR="00656D65" w:rsidRPr="00A67C33" w:rsidRDefault="00656D65" w:rsidP="00656D65">
      <w:pPr>
        <w:spacing w:after="60"/>
        <w:ind w:right="282"/>
        <w:rPr>
          <w:rFonts w:ascii="Segoe UI" w:hAnsi="Segoe UI" w:cs="Segoe UI"/>
          <w:b/>
          <w:sz w:val="20"/>
          <w:szCs w:val="20"/>
        </w:rPr>
      </w:pPr>
      <w:r w:rsidRPr="00A67C33">
        <w:rPr>
          <w:rFonts w:ascii="Segoe UI" w:hAnsi="Segoe UI" w:cs="Segoe UI"/>
          <w:b/>
          <w:sz w:val="20"/>
          <w:szCs w:val="20"/>
        </w:rPr>
        <w:fldChar w:fldCharType="begin">
          <w:ffData>
            <w:name w:val="OtroNo"/>
            <w:enabled/>
            <w:calcOnExit w:val="0"/>
            <w:checkBox>
              <w:sizeAuto/>
              <w:default w:val="0"/>
            </w:checkBox>
          </w:ffData>
        </w:fldChar>
      </w:r>
      <w:r w:rsidRPr="00A67C33">
        <w:rPr>
          <w:rFonts w:ascii="Segoe UI" w:hAnsi="Segoe UI" w:cs="Segoe UI"/>
          <w:b/>
          <w:sz w:val="20"/>
          <w:szCs w:val="20"/>
        </w:rPr>
        <w:instrText xml:space="preserve"> FORMCHECKBOX </w:instrText>
      </w:r>
      <w:r w:rsidR="008D08AB">
        <w:rPr>
          <w:rFonts w:ascii="Segoe UI" w:hAnsi="Segoe UI" w:cs="Segoe UI"/>
          <w:b/>
          <w:sz w:val="20"/>
          <w:szCs w:val="20"/>
        </w:rPr>
      </w:r>
      <w:r w:rsidR="008D08AB">
        <w:rPr>
          <w:rFonts w:ascii="Segoe UI" w:hAnsi="Segoe UI" w:cs="Segoe UI"/>
          <w:b/>
          <w:sz w:val="20"/>
          <w:szCs w:val="20"/>
        </w:rPr>
        <w:fldChar w:fldCharType="separate"/>
      </w:r>
      <w:r w:rsidRPr="00A67C33">
        <w:rPr>
          <w:rFonts w:ascii="Segoe UI" w:hAnsi="Segoe UI" w:cs="Segoe UI"/>
          <w:b/>
          <w:sz w:val="20"/>
          <w:szCs w:val="20"/>
        </w:rPr>
        <w:fldChar w:fldCharType="end"/>
      </w:r>
      <w:r w:rsidRPr="00A67C33">
        <w:rPr>
          <w:rFonts w:ascii="Segoe UI" w:hAnsi="Segoe UI" w:cs="Segoe UI"/>
          <w:b/>
          <w:sz w:val="20"/>
          <w:szCs w:val="20"/>
        </w:rPr>
        <w:t xml:space="preserve"> </w:t>
      </w:r>
      <w:r w:rsidRPr="00A67C33">
        <w:rPr>
          <w:rFonts w:ascii="Segoe UI" w:hAnsi="Segoe UI" w:cs="Segoe UI"/>
          <w:sz w:val="20"/>
          <w:szCs w:val="20"/>
        </w:rPr>
        <w:t xml:space="preserve"> Otra documentación exigida en la convocatoria: (relacionar)……………………</w:t>
      </w:r>
      <w:proofErr w:type="gramStart"/>
      <w:r w:rsidRPr="00A67C33">
        <w:rPr>
          <w:rFonts w:ascii="Segoe UI" w:hAnsi="Segoe UI" w:cs="Segoe UI"/>
          <w:sz w:val="20"/>
          <w:szCs w:val="20"/>
        </w:rPr>
        <w:t>…….</w:t>
      </w:r>
      <w:proofErr w:type="gramEnd"/>
      <w:r w:rsidRPr="00A67C33">
        <w:rPr>
          <w:rFonts w:ascii="Segoe UI" w:hAnsi="Segoe UI" w:cs="Segoe UI"/>
          <w:sz w:val="20"/>
          <w:szCs w:val="20"/>
        </w:rPr>
        <w:t>.</w:t>
      </w:r>
    </w:p>
    <w:p w14:paraId="395941C4" w14:textId="77777777" w:rsidR="00656D65" w:rsidRPr="00A67C33" w:rsidRDefault="00656D65" w:rsidP="00656D65">
      <w:pPr>
        <w:spacing w:after="0"/>
        <w:ind w:right="284"/>
        <w:rPr>
          <w:rFonts w:ascii="Segoe UI" w:hAnsi="Segoe UI" w:cs="Segoe UI"/>
          <w:sz w:val="16"/>
          <w:szCs w:val="16"/>
        </w:rPr>
      </w:pPr>
      <w:r w:rsidRPr="00A67C33">
        <w:rPr>
          <w:rFonts w:ascii="Segoe UI" w:hAnsi="Segoe UI" w:cs="Segoe UI"/>
          <w:sz w:val="16"/>
          <w:szCs w:val="16"/>
        </w:rPr>
        <w:t>El/la abajo firmante solicita la participación en la plaza arriba referenciada y DECLARA que son ciertos los datos consignados en la solicitud y que reúne los requisitos señalados en las bases de la convocatoria, comprometiéndose a probar documentalmente los mismos.</w:t>
      </w:r>
    </w:p>
    <w:p w14:paraId="303CCA48" w14:textId="77777777" w:rsidR="00656D65" w:rsidRPr="00A67C33" w:rsidRDefault="00656D65" w:rsidP="00656D65">
      <w:pPr>
        <w:spacing w:after="0"/>
        <w:ind w:right="284"/>
        <w:rPr>
          <w:rFonts w:ascii="Segoe UI" w:hAnsi="Segoe UI" w:cs="Segoe UI"/>
          <w:sz w:val="16"/>
          <w:szCs w:val="16"/>
        </w:rPr>
      </w:pPr>
      <w:r w:rsidRPr="00A67C33">
        <w:rPr>
          <w:rFonts w:ascii="Segoe UI" w:hAnsi="Segoe UI" w:cs="Segoe UI"/>
          <w:sz w:val="16"/>
          <w:szCs w:val="16"/>
        </w:rPr>
        <w:t xml:space="preserve">DECLARO asimismo que los documentos presentados son copia o escaneado de los documentos originales que obran en mi poder. </w:t>
      </w:r>
    </w:p>
    <w:p w14:paraId="2728E9F9" w14:textId="77777777" w:rsidR="00656D65" w:rsidRPr="00A67C33" w:rsidRDefault="00656D65" w:rsidP="00656D65">
      <w:pPr>
        <w:jc w:val="center"/>
        <w:rPr>
          <w:rFonts w:ascii="Segoe UI" w:hAnsi="Segoe UI" w:cs="Segoe UI"/>
          <w:sz w:val="16"/>
          <w:szCs w:val="16"/>
        </w:rPr>
      </w:pPr>
      <w:r w:rsidRPr="00A67C33">
        <w:rPr>
          <w:rFonts w:ascii="Segoe UI" w:hAnsi="Segoe UI" w:cs="Segoe UI"/>
          <w:sz w:val="16"/>
          <w:szCs w:val="16"/>
        </w:rPr>
        <w:t xml:space="preserve">En Burgos, a     de            </w:t>
      </w:r>
      <w:proofErr w:type="spellStart"/>
      <w:r w:rsidRPr="00A67C33">
        <w:rPr>
          <w:rFonts w:ascii="Segoe UI" w:hAnsi="Segoe UI" w:cs="Segoe UI"/>
          <w:sz w:val="16"/>
          <w:szCs w:val="16"/>
        </w:rPr>
        <w:t>de</w:t>
      </w:r>
      <w:proofErr w:type="spellEnd"/>
      <w:r w:rsidRPr="00A67C33">
        <w:rPr>
          <w:rFonts w:ascii="Segoe UI" w:hAnsi="Segoe UI" w:cs="Segoe UI"/>
          <w:sz w:val="16"/>
          <w:szCs w:val="16"/>
        </w:rPr>
        <w:t xml:space="preserve"> </w:t>
      </w:r>
    </w:p>
    <w:p w14:paraId="67A4C9AD" w14:textId="77777777" w:rsidR="00656D65" w:rsidRPr="00A67C33" w:rsidRDefault="00656D65" w:rsidP="00656D65">
      <w:pPr>
        <w:spacing w:after="0"/>
        <w:ind w:right="284"/>
        <w:rPr>
          <w:rFonts w:ascii="Segoe UI" w:hAnsi="Segoe UI" w:cs="Segoe UI"/>
          <w:sz w:val="16"/>
          <w:szCs w:val="16"/>
        </w:rPr>
      </w:pPr>
      <w:r w:rsidRPr="00A67C33">
        <w:rPr>
          <w:rFonts w:ascii="Segoe UI" w:hAnsi="Segoe UI" w:cs="Segoe UI"/>
          <w:sz w:val="16"/>
          <w:szCs w:val="16"/>
        </w:rPr>
        <w:t>Los datos de carácter personal serán tratados por la Universidad de Burgos con el objeto de gestionar la selección de personal y provisión de puestos de trabajo mediante convocatorias públicas.</w:t>
      </w:r>
    </w:p>
    <w:p w14:paraId="37D9D1FB" w14:textId="77777777" w:rsidR="00656D65" w:rsidRPr="00A67C33" w:rsidRDefault="00656D65" w:rsidP="00656D65">
      <w:pPr>
        <w:ind w:right="282"/>
        <w:rPr>
          <w:rFonts w:ascii="Segoe UI" w:hAnsi="Segoe UI" w:cs="Segoe UI"/>
          <w:sz w:val="16"/>
          <w:szCs w:val="16"/>
        </w:rPr>
      </w:pPr>
      <w:r w:rsidRPr="00A67C33">
        <w:rPr>
          <w:rFonts w:ascii="Segoe UI" w:hAnsi="Segoe UI" w:cs="Segoe UI"/>
          <w:sz w:val="16"/>
          <w:szCs w:val="16"/>
        </w:rPr>
        <w:t>Dicho tratamiento se realiza según las bases jurídicas recogidas en el 6.1.b) del Reglamento 2016/679, del Parlamento Europeo y del Consejo, de 27 de abril de 2016, sobre protección de datos de carácter personal por ser necesario para la ejecución de un contrato en el que el interesado es parte o para la aplicación a petición de este de medidas precontractuales y en la cláusula 6.1.c) por ser necesario para el cumplimiento de una obligación legal aplicable al responsable del tratamiento. En concreto, lo establecido en el Real Decreto Legislativo 5/2015, de 30 de octubre, por el que se aprueba la Ley del Estatuto Básico del Empleado Público y en el Real Decreto Legislativo 2/2015, de 23 de octubre, por el que se aprueba el texto refundido de la Ley del Estatuto de los Trabajadores.</w:t>
      </w:r>
    </w:p>
    <w:p w14:paraId="3A5965BF" w14:textId="77777777" w:rsidR="00656D65" w:rsidRPr="00A67C33" w:rsidRDefault="00656D65" w:rsidP="00656D65">
      <w:pPr>
        <w:spacing w:after="0"/>
        <w:ind w:right="284"/>
        <w:rPr>
          <w:rFonts w:ascii="Segoe UI" w:hAnsi="Segoe UI" w:cs="Segoe UI"/>
          <w:sz w:val="16"/>
          <w:szCs w:val="16"/>
        </w:rPr>
      </w:pPr>
      <w:r w:rsidRPr="00A67C33">
        <w:rPr>
          <w:rFonts w:ascii="Segoe UI" w:hAnsi="Segoe UI" w:cs="Segoe UI"/>
          <w:sz w:val="16"/>
          <w:szCs w:val="16"/>
        </w:rPr>
        <w:t xml:space="preserve">Los datos de carácter personal pueden ser comunicados al Registro Central de Personal, a la Dirección General de la Función Pública, al </w:t>
      </w:r>
      <w:proofErr w:type="spellStart"/>
      <w:r w:rsidRPr="00A67C33">
        <w:rPr>
          <w:rFonts w:ascii="Segoe UI" w:hAnsi="Segoe UI" w:cs="Segoe UI"/>
          <w:sz w:val="16"/>
          <w:szCs w:val="16"/>
        </w:rPr>
        <w:t>ECyL</w:t>
      </w:r>
      <w:proofErr w:type="spellEnd"/>
      <w:r w:rsidRPr="00A67C33">
        <w:rPr>
          <w:rFonts w:ascii="Segoe UI" w:hAnsi="Segoe UI" w:cs="Segoe UI"/>
          <w:sz w:val="16"/>
          <w:szCs w:val="16"/>
        </w:rPr>
        <w:t xml:space="preserve"> y publicados en el BOE y BOCYL y en la página web de la Universidad de Burgos.</w:t>
      </w:r>
    </w:p>
    <w:p w14:paraId="4BAA0712" w14:textId="624751D0" w:rsidR="00656D65" w:rsidRPr="00656D65" w:rsidRDefault="00656D65" w:rsidP="00656D65">
      <w:pPr>
        <w:ind w:right="282"/>
        <w:rPr>
          <w:rFonts w:ascii="Segoe UI" w:hAnsi="Segoe UI" w:cs="Segoe UI"/>
          <w:sz w:val="16"/>
          <w:szCs w:val="16"/>
        </w:rPr>
      </w:pPr>
      <w:r w:rsidRPr="00A67C33">
        <w:rPr>
          <w:rFonts w:ascii="Segoe UI" w:hAnsi="Segoe UI" w:cs="Segoe UI"/>
          <w:sz w:val="16"/>
          <w:szCs w:val="16"/>
        </w:rPr>
        <w:t xml:space="preserve">Se pueden ejercitar los derechos de acceso, rectificación, supresión y portabilidad previstos, así como la limitación u oposición a su tratamiento, y a no ser objeto de decisiones basadas únicamente en el tratamiento automatizado de sus datos, dirigiendo una solicitud a la Universidad de Burgos (Secretaría General. C/ Hospital del Rey s/n 09001 de Burgos, teléfono: 947258780 y Correo electrónico: </w:t>
      </w:r>
      <w:hyperlink r:id="rId8" w:history="1">
        <w:r w:rsidRPr="00A67C33">
          <w:rPr>
            <w:rStyle w:val="Hipervnculo"/>
            <w:rFonts w:ascii="Segoe UI" w:hAnsi="Segoe UI" w:cs="Segoe UI"/>
            <w:sz w:val="16"/>
            <w:szCs w:val="16"/>
          </w:rPr>
          <w:t>sec.secretariageneral@ubu.es</w:t>
        </w:r>
      </w:hyperlink>
      <w:r w:rsidRPr="00A67C33">
        <w:rPr>
          <w:rFonts w:ascii="Segoe UI" w:hAnsi="Segoe UI" w:cs="Segoe UI"/>
          <w:sz w:val="16"/>
          <w:szCs w:val="16"/>
        </w:rPr>
        <w:t>)</w:t>
      </w:r>
      <w:r>
        <w:rPr>
          <w:rFonts w:ascii="Segoe UI" w:hAnsi="Segoe UI" w:cs="Segoe UI"/>
          <w:sz w:val="16"/>
          <w:szCs w:val="16"/>
        </w:rPr>
        <w:t>.</w:t>
      </w:r>
    </w:p>
    <w:p w14:paraId="54DE1461" w14:textId="77777777" w:rsidR="00656D65" w:rsidRPr="00656D65" w:rsidRDefault="00656D65" w:rsidP="00656D65">
      <w:pPr>
        <w:pStyle w:val="Ttulo1"/>
        <w:rPr>
          <w:rFonts w:ascii="Segoe UI" w:hAnsi="Segoe UI" w:cs="Segoe UI"/>
          <w:sz w:val="16"/>
          <w:szCs w:val="16"/>
        </w:rPr>
      </w:pPr>
      <w:r w:rsidRPr="00656D65">
        <w:rPr>
          <w:rFonts w:ascii="Segoe UI" w:hAnsi="Segoe UI" w:cs="Segoe UI"/>
          <w:sz w:val="16"/>
          <w:szCs w:val="16"/>
        </w:rPr>
        <w:t>SR. RECTOR MAGFCO. DE LA UNIVERSIDAD DE BURGOS</w:t>
      </w:r>
    </w:p>
    <w:p w14:paraId="66C0BB15" w14:textId="77777777" w:rsidR="00656D65" w:rsidRPr="00A67C33" w:rsidRDefault="00656D65" w:rsidP="00656D65">
      <w:pPr>
        <w:rPr>
          <w:rFonts w:ascii="Segoe UI" w:hAnsi="Segoe UI" w:cs="Segoe UI"/>
          <w:sz w:val="16"/>
          <w:szCs w:val="16"/>
        </w:rPr>
      </w:pPr>
      <w:r w:rsidRPr="00A67C33">
        <w:rPr>
          <w:rFonts w:ascii="Segoe UI" w:hAnsi="Segoe UI" w:cs="Segoe UI"/>
          <w:sz w:val="16"/>
          <w:szCs w:val="16"/>
        </w:rPr>
        <w:t>Hospital del Rey s/n. 09001 BURGOS</w:t>
      </w:r>
    </w:p>
    <w:sectPr w:rsidR="00656D65" w:rsidRPr="00A67C33" w:rsidSect="004443DE">
      <w:headerReference w:type="default" r:id="rId9"/>
      <w:footerReference w:type="default" r:id="rId10"/>
      <w:pgSz w:w="12240" w:h="15840"/>
      <w:pgMar w:top="1560" w:right="1361" w:bottom="1247"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31876" w14:textId="77777777" w:rsidR="00FA5BF9" w:rsidRDefault="00FA5BF9">
      <w:pPr>
        <w:spacing w:after="0" w:line="240" w:lineRule="auto"/>
      </w:pPr>
      <w:r>
        <w:separator/>
      </w:r>
    </w:p>
  </w:endnote>
  <w:endnote w:type="continuationSeparator" w:id="0">
    <w:p w14:paraId="1C814C7F" w14:textId="77777777" w:rsidR="00FA5BF9" w:rsidRDefault="00FA5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8CF17" w14:textId="71C25587" w:rsidR="00BA6130" w:rsidRDefault="00BA6130" w:rsidP="7E2B0317">
    <w:pPr>
      <w:pStyle w:val="Piedepgina"/>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1D74D" w14:textId="77777777" w:rsidR="00FA5BF9" w:rsidRDefault="00FA5BF9">
      <w:pPr>
        <w:spacing w:after="0" w:line="240" w:lineRule="auto"/>
      </w:pPr>
      <w:r>
        <w:separator/>
      </w:r>
    </w:p>
  </w:footnote>
  <w:footnote w:type="continuationSeparator" w:id="0">
    <w:p w14:paraId="7B3C7EB9" w14:textId="77777777" w:rsidR="00FA5BF9" w:rsidRDefault="00FA5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70"/>
      <w:gridCol w:w="3170"/>
      <w:gridCol w:w="3170"/>
    </w:tblGrid>
    <w:tr w:rsidR="7E2B0317" w14:paraId="1E4472F5" w14:textId="77777777" w:rsidTr="7E2B0317">
      <w:trPr>
        <w:trHeight w:val="300"/>
      </w:trPr>
      <w:tc>
        <w:tcPr>
          <w:tcW w:w="3170" w:type="dxa"/>
        </w:tcPr>
        <w:p w14:paraId="41A02892" w14:textId="3EDE93C7" w:rsidR="7E2B0317" w:rsidRDefault="7E2B0317" w:rsidP="7E2B0317">
          <w:pPr>
            <w:pStyle w:val="Encabezado"/>
            <w:ind w:left="-115"/>
          </w:pPr>
        </w:p>
      </w:tc>
      <w:tc>
        <w:tcPr>
          <w:tcW w:w="3170" w:type="dxa"/>
        </w:tcPr>
        <w:p w14:paraId="58C1E527" w14:textId="37930595" w:rsidR="7E2B0317" w:rsidRDefault="7E2B0317" w:rsidP="7E2B0317">
          <w:pPr>
            <w:pStyle w:val="Encabezado"/>
            <w:jc w:val="center"/>
          </w:pPr>
        </w:p>
      </w:tc>
      <w:tc>
        <w:tcPr>
          <w:tcW w:w="3170" w:type="dxa"/>
        </w:tcPr>
        <w:p w14:paraId="21B265E3" w14:textId="74820BDD" w:rsidR="7E2B0317" w:rsidRDefault="7E2B0317" w:rsidP="7E2B0317">
          <w:pPr>
            <w:pStyle w:val="Encabezado"/>
            <w:ind w:right="-115"/>
            <w:jc w:val="right"/>
          </w:pPr>
        </w:p>
      </w:tc>
    </w:tr>
  </w:tbl>
  <w:p w14:paraId="6BA9FB2C" w14:textId="52E0B2E1" w:rsidR="7E2B0317" w:rsidRDefault="7E2B0317" w:rsidP="7E2B0317">
    <w:pPr>
      <w:pStyle w:val="Encabezado"/>
    </w:pPr>
  </w:p>
</w:hdr>
</file>

<file path=word/intelligence2.xml><?xml version="1.0" encoding="utf-8"?>
<int2:intelligence xmlns:int2="http://schemas.microsoft.com/office/intelligence/2020/intelligence" xmlns:oel="http://schemas.microsoft.com/office/2019/extlst">
  <int2:observations>
    <int2:bookmark int2:bookmarkName="_Int_qFjqxlqi" int2:invalidationBookmarkName="" int2:hashCode="Duj0rLorUmJEJq" int2:id="Tao3RbeH">
      <int2:state int2:value="Rejected" int2:type="gram"/>
    </int2:bookmark>
    <int2:bookmark int2:bookmarkName="_Int_osH81bdF" int2:invalidationBookmarkName="" int2:hashCode="ih2vETn5FUatJu" int2:id="8AbcHqGM">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108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67F7149"/>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0D07AA"/>
    <w:multiLevelType w:val="multilevel"/>
    <w:tmpl w:val="C7AED54C"/>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D97028B"/>
    <w:multiLevelType w:val="multilevel"/>
    <w:tmpl w:val="004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8978BF"/>
    <w:multiLevelType w:val="hybridMultilevel"/>
    <w:tmpl w:val="B73020FA"/>
    <w:lvl w:ilvl="0" w:tplc="6E2AD436">
      <w:start w:val="1"/>
      <w:numFmt w:val="bullet"/>
      <w:lvlText w:val=""/>
      <w:lvlJc w:val="left"/>
      <w:pPr>
        <w:ind w:left="1800" w:hanging="360"/>
      </w:pPr>
      <w:rPr>
        <w:rFonts w:ascii="Symbol" w:hAnsi="Symbol" w:hint="default"/>
      </w:rPr>
    </w:lvl>
    <w:lvl w:ilvl="1" w:tplc="C7C6B37E">
      <w:start w:val="1"/>
      <w:numFmt w:val="bullet"/>
      <w:lvlText w:val="o"/>
      <w:lvlJc w:val="left"/>
      <w:pPr>
        <w:ind w:left="2520" w:hanging="360"/>
      </w:pPr>
      <w:rPr>
        <w:rFonts w:ascii="Courier New" w:hAnsi="Courier New" w:hint="default"/>
      </w:rPr>
    </w:lvl>
    <w:lvl w:ilvl="2" w:tplc="67965E78">
      <w:start w:val="1"/>
      <w:numFmt w:val="bullet"/>
      <w:lvlText w:val=""/>
      <w:lvlJc w:val="left"/>
      <w:pPr>
        <w:ind w:left="3240" w:hanging="360"/>
      </w:pPr>
      <w:rPr>
        <w:rFonts w:ascii="Wingdings" w:hAnsi="Wingdings" w:hint="default"/>
      </w:rPr>
    </w:lvl>
    <w:lvl w:ilvl="3" w:tplc="9C5AC266">
      <w:start w:val="1"/>
      <w:numFmt w:val="bullet"/>
      <w:lvlText w:val=""/>
      <w:lvlJc w:val="left"/>
      <w:pPr>
        <w:ind w:left="3960" w:hanging="360"/>
      </w:pPr>
      <w:rPr>
        <w:rFonts w:ascii="Symbol" w:hAnsi="Symbol" w:hint="default"/>
      </w:rPr>
    </w:lvl>
    <w:lvl w:ilvl="4" w:tplc="7B981CA6">
      <w:start w:val="1"/>
      <w:numFmt w:val="bullet"/>
      <w:lvlText w:val="o"/>
      <w:lvlJc w:val="left"/>
      <w:pPr>
        <w:ind w:left="4680" w:hanging="360"/>
      </w:pPr>
      <w:rPr>
        <w:rFonts w:ascii="Courier New" w:hAnsi="Courier New" w:hint="default"/>
      </w:rPr>
    </w:lvl>
    <w:lvl w:ilvl="5" w:tplc="8E98CFCA">
      <w:start w:val="1"/>
      <w:numFmt w:val="bullet"/>
      <w:lvlText w:val=""/>
      <w:lvlJc w:val="left"/>
      <w:pPr>
        <w:ind w:left="5400" w:hanging="360"/>
      </w:pPr>
      <w:rPr>
        <w:rFonts w:ascii="Wingdings" w:hAnsi="Wingdings" w:hint="default"/>
      </w:rPr>
    </w:lvl>
    <w:lvl w:ilvl="6" w:tplc="0C2C4138">
      <w:start w:val="1"/>
      <w:numFmt w:val="bullet"/>
      <w:lvlText w:val=""/>
      <w:lvlJc w:val="left"/>
      <w:pPr>
        <w:ind w:left="6120" w:hanging="360"/>
      </w:pPr>
      <w:rPr>
        <w:rFonts w:ascii="Symbol" w:hAnsi="Symbol" w:hint="default"/>
      </w:rPr>
    </w:lvl>
    <w:lvl w:ilvl="7" w:tplc="6410249E">
      <w:start w:val="1"/>
      <w:numFmt w:val="bullet"/>
      <w:lvlText w:val="o"/>
      <w:lvlJc w:val="left"/>
      <w:pPr>
        <w:ind w:left="6840" w:hanging="360"/>
      </w:pPr>
      <w:rPr>
        <w:rFonts w:ascii="Courier New" w:hAnsi="Courier New" w:hint="default"/>
      </w:rPr>
    </w:lvl>
    <w:lvl w:ilvl="8" w:tplc="28D4A4C6">
      <w:start w:val="1"/>
      <w:numFmt w:val="bullet"/>
      <w:lvlText w:val=""/>
      <w:lvlJc w:val="left"/>
      <w:pPr>
        <w:ind w:left="7560" w:hanging="360"/>
      </w:pPr>
      <w:rPr>
        <w:rFonts w:ascii="Wingdings" w:hAnsi="Wingdings" w:hint="default"/>
      </w:rPr>
    </w:lvl>
  </w:abstractNum>
  <w:abstractNum w:abstractNumId="13" w15:restartNumberingAfterBreak="0">
    <w:nsid w:val="189C8796"/>
    <w:multiLevelType w:val="hybridMultilevel"/>
    <w:tmpl w:val="B9F81656"/>
    <w:lvl w:ilvl="0" w:tplc="6A34B67C">
      <w:start w:val="1"/>
      <w:numFmt w:val="decimal"/>
      <w:lvlText w:val="%1."/>
      <w:lvlJc w:val="left"/>
      <w:pPr>
        <w:ind w:left="720" w:hanging="360"/>
      </w:pPr>
    </w:lvl>
    <w:lvl w:ilvl="1" w:tplc="4CBC350E">
      <w:start w:val="1"/>
      <w:numFmt w:val="lowerLetter"/>
      <w:lvlText w:val="%2."/>
      <w:lvlJc w:val="left"/>
      <w:pPr>
        <w:ind w:left="1440" w:hanging="360"/>
      </w:pPr>
    </w:lvl>
    <w:lvl w:ilvl="2" w:tplc="BFD28C5E">
      <w:start w:val="1"/>
      <w:numFmt w:val="lowerRoman"/>
      <w:lvlText w:val="%3."/>
      <w:lvlJc w:val="right"/>
      <w:pPr>
        <w:ind w:left="2160" w:hanging="180"/>
      </w:pPr>
    </w:lvl>
    <w:lvl w:ilvl="3" w:tplc="5E2E5E26">
      <w:start w:val="1"/>
      <w:numFmt w:val="decimal"/>
      <w:lvlText w:val="%4."/>
      <w:lvlJc w:val="left"/>
      <w:pPr>
        <w:ind w:left="2880" w:hanging="360"/>
      </w:pPr>
    </w:lvl>
    <w:lvl w:ilvl="4" w:tplc="2D266152">
      <w:start w:val="1"/>
      <w:numFmt w:val="lowerLetter"/>
      <w:lvlText w:val="%5."/>
      <w:lvlJc w:val="left"/>
      <w:pPr>
        <w:ind w:left="3600" w:hanging="360"/>
      </w:pPr>
    </w:lvl>
    <w:lvl w:ilvl="5" w:tplc="26A26DD2">
      <w:start w:val="1"/>
      <w:numFmt w:val="lowerRoman"/>
      <w:lvlText w:val="%6."/>
      <w:lvlJc w:val="right"/>
      <w:pPr>
        <w:ind w:left="4320" w:hanging="180"/>
      </w:pPr>
    </w:lvl>
    <w:lvl w:ilvl="6" w:tplc="92B6CD48">
      <w:start w:val="1"/>
      <w:numFmt w:val="decimal"/>
      <w:lvlText w:val="%7."/>
      <w:lvlJc w:val="left"/>
      <w:pPr>
        <w:ind w:left="5040" w:hanging="360"/>
      </w:pPr>
    </w:lvl>
    <w:lvl w:ilvl="7" w:tplc="C1A0A9C6">
      <w:start w:val="1"/>
      <w:numFmt w:val="lowerLetter"/>
      <w:lvlText w:val="%8."/>
      <w:lvlJc w:val="left"/>
      <w:pPr>
        <w:ind w:left="5760" w:hanging="360"/>
      </w:pPr>
    </w:lvl>
    <w:lvl w:ilvl="8" w:tplc="C48E1364">
      <w:start w:val="1"/>
      <w:numFmt w:val="lowerRoman"/>
      <w:lvlText w:val="%9."/>
      <w:lvlJc w:val="right"/>
      <w:pPr>
        <w:ind w:left="6480" w:hanging="180"/>
      </w:pPr>
    </w:lvl>
  </w:abstractNum>
  <w:abstractNum w:abstractNumId="14" w15:restartNumberingAfterBreak="0">
    <w:nsid w:val="1D767B54"/>
    <w:multiLevelType w:val="multilevel"/>
    <w:tmpl w:val="004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522DDC"/>
    <w:multiLevelType w:val="multilevel"/>
    <w:tmpl w:val="004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580B20"/>
    <w:multiLevelType w:val="multilevel"/>
    <w:tmpl w:val="89F87BCE"/>
    <w:lvl w:ilvl="0">
      <w:start w:val="1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24F44AFB"/>
    <w:multiLevelType w:val="multilevel"/>
    <w:tmpl w:val="004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697BD1"/>
    <w:multiLevelType w:val="multilevel"/>
    <w:tmpl w:val="9D56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A4FAC"/>
    <w:multiLevelType w:val="multilevel"/>
    <w:tmpl w:val="004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DD1AC0"/>
    <w:multiLevelType w:val="multilevel"/>
    <w:tmpl w:val="004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0E0B5B"/>
    <w:multiLevelType w:val="multilevel"/>
    <w:tmpl w:val="0D469686"/>
    <w:lvl w:ilvl="0">
      <w:start w:val="1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44983C0F"/>
    <w:multiLevelType w:val="multilevel"/>
    <w:tmpl w:val="D1E27E86"/>
    <w:lvl w:ilvl="0">
      <w:start w:val="3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477F178F"/>
    <w:multiLevelType w:val="hybridMultilevel"/>
    <w:tmpl w:val="0B1C6D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DAA6D57"/>
    <w:multiLevelType w:val="hybridMultilevel"/>
    <w:tmpl w:val="C1AEBE18"/>
    <w:lvl w:ilvl="0" w:tplc="28D4CB32">
      <w:start w:val="1"/>
      <w:numFmt w:val="bullet"/>
      <w:lvlText w:val=""/>
      <w:lvlJc w:val="left"/>
      <w:pPr>
        <w:ind w:left="720" w:hanging="360"/>
      </w:pPr>
      <w:rPr>
        <w:rFonts w:ascii="Symbol" w:hAnsi="Symbol" w:hint="default"/>
      </w:rPr>
    </w:lvl>
    <w:lvl w:ilvl="1" w:tplc="E578C36C">
      <w:start w:val="1"/>
      <w:numFmt w:val="bullet"/>
      <w:lvlText w:val="o"/>
      <w:lvlJc w:val="left"/>
      <w:pPr>
        <w:ind w:left="1440" w:hanging="360"/>
      </w:pPr>
      <w:rPr>
        <w:rFonts w:ascii="Courier New" w:hAnsi="Courier New" w:hint="default"/>
      </w:rPr>
    </w:lvl>
    <w:lvl w:ilvl="2" w:tplc="BFB29AEC">
      <w:start w:val="1"/>
      <w:numFmt w:val="bullet"/>
      <w:lvlText w:val=""/>
      <w:lvlJc w:val="left"/>
      <w:pPr>
        <w:ind w:left="2160" w:hanging="360"/>
      </w:pPr>
      <w:rPr>
        <w:rFonts w:ascii="Wingdings" w:hAnsi="Wingdings" w:hint="default"/>
      </w:rPr>
    </w:lvl>
    <w:lvl w:ilvl="3" w:tplc="EA7AD6B6">
      <w:start w:val="1"/>
      <w:numFmt w:val="bullet"/>
      <w:lvlText w:val=""/>
      <w:lvlJc w:val="left"/>
      <w:pPr>
        <w:ind w:left="2880" w:hanging="360"/>
      </w:pPr>
      <w:rPr>
        <w:rFonts w:ascii="Symbol" w:hAnsi="Symbol" w:hint="default"/>
      </w:rPr>
    </w:lvl>
    <w:lvl w:ilvl="4" w:tplc="B8CCEE9E">
      <w:start w:val="1"/>
      <w:numFmt w:val="bullet"/>
      <w:lvlText w:val="o"/>
      <w:lvlJc w:val="left"/>
      <w:pPr>
        <w:ind w:left="3600" w:hanging="360"/>
      </w:pPr>
      <w:rPr>
        <w:rFonts w:ascii="Courier New" w:hAnsi="Courier New" w:hint="default"/>
      </w:rPr>
    </w:lvl>
    <w:lvl w:ilvl="5" w:tplc="BB2CFC7E">
      <w:start w:val="1"/>
      <w:numFmt w:val="bullet"/>
      <w:lvlText w:val=""/>
      <w:lvlJc w:val="left"/>
      <w:pPr>
        <w:ind w:left="4320" w:hanging="360"/>
      </w:pPr>
      <w:rPr>
        <w:rFonts w:ascii="Wingdings" w:hAnsi="Wingdings" w:hint="default"/>
      </w:rPr>
    </w:lvl>
    <w:lvl w:ilvl="6" w:tplc="370EA068">
      <w:start w:val="1"/>
      <w:numFmt w:val="bullet"/>
      <w:lvlText w:val=""/>
      <w:lvlJc w:val="left"/>
      <w:pPr>
        <w:ind w:left="5040" w:hanging="360"/>
      </w:pPr>
      <w:rPr>
        <w:rFonts w:ascii="Symbol" w:hAnsi="Symbol" w:hint="default"/>
      </w:rPr>
    </w:lvl>
    <w:lvl w:ilvl="7" w:tplc="4D8C69C0">
      <w:start w:val="1"/>
      <w:numFmt w:val="bullet"/>
      <w:lvlText w:val="o"/>
      <w:lvlJc w:val="left"/>
      <w:pPr>
        <w:ind w:left="5760" w:hanging="360"/>
      </w:pPr>
      <w:rPr>
        <w:rFonts w:ascii="Courier New" w:hAnsi="Courier New" w:hint="default"/>
      </w:rPr>
    </w:lvl>
    <w:lvl w:ilvl="8" w:tplc="5198B826">
      <w:start w:val="1"/>
      <w:numFmt w:val="bullet"/>
      <w:lvlText w:val=""/>
      <w:lvlJc w:val="left"/>
      <w:pPr>
        <w:ind w:left="6480" w:hanging="360"/>
      </w:pPr>
      <w:rPr>
        <w:rFonts w:ascii="Wingdings" w:hAnsi="Wingdings" w:hint="default"/>
      </w:rPr>
    </w:lvl>
  </w:abstractNum>
  <w:abstractNum w:abstractNumId="25" w15:restartNumberingAfterBreak="0">
    <w:nsid w:val="4E460905"/>
    <w:multiLevelType w:val="multilevel"/>
    <w:tmpl w:val="89F87BCE"/>
    <w:lvl w:ilvl="0">
      <w:start w:val="1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54B027F0"/>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CD0AA7"/>
    <w:multiLevelType w:val="multilevel"/>
    <w:tmpl w:val="B936C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A729A8"/>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E81A0C"/>
    <w:multiLevelType w:val="hybridMultilevel"/>
    <w:tmpl w:val="D27A3E5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DA71850"/>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5B1D2A"/>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CC221A"/>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887613"/>
    <w:multiLevelType w:val="hybridMultilevel"/>
    <w:tmpl w:val="2576ABA0"/>
    <w:lvl w:ilvl="0" w:tplc="8E6C51EA">
      <w:start w:val="1"/>
      <w:numFmt w:val="bullet"/>
      <w:lvlText w:val=""/>
      <w:lvlJc w:val="left"/>
      <w:pPr>
        <w:ind w:left="1080" w:hanging="360"/>
      </w:pPr>
      <w:rPr>
        <w:rFonts w:ascii="Symbol" w:hAnsi="Symbol" w:hint="default"/>
      </w:rPr>
    </w:lvl>
    <w:lvl w:ilvl="1" w:tplc="D7B4D708">
      <w:start w:val="1"/>
      <w:numFmt w:val="bullet"/>
      <w:lvlText w:val="o"/>
      <w:lvlJc w:val="left"/>
      <w:pPr>
        <w:ind w:left="1800" w:hanging="360"/>
      </w:pPr>
      <w:rPr>
        <w:rFonts w:ascii="Courier New" w:hAnsi="Courier New" w:hint="default"/>
      </w:rPr>
    </w:lvl>
    <w:lvl w:ilvl="2" w:tplc="CC3E0100">
      <w:start w:val="1"/>
      <w:numFmt w:val="bullet"/>
      <w:lvlText w:val=""/>
      <w:lvlJc w:val="left"/>
      <w:pPr>
        <w:ind w:left="2520" w:hanging="360"/>
      </w:pPr>
      <w:rPr>
        <w:rFonts w:ascii="Wingdings" w:hAnsi="Wingdings" w:hint="default"/>
      </w:rPr>
    </w:lvl>
    <w:lvl w:ilvl="3" w:tplc="BD7A8CD0">
      <w:start w:val="1"/>
      <w:numFmt w:val="bullet"/>
      <w:lvlText w:val=""/>
      <w:lvlJc w:val="left"/>
      <w:pPr>
        <w:ind w:left="3240" w:hanging="360"/>
      </w:pPr>
      <w:rPr>
        <w:rFonts w:ascii="Symbol" w:hAnsi="Symbol" w:hint="default"/>
      </w:rPr>
    </w:lvl>
    <w:lvl w:ilvl="4" w:tplc="A9B4F526">
      <w:start w:val="1"/>
      <w:numFmt w:val="bullet"/>
      <w:lvlText w:val="o"/>
      <w:lvlJc w:val="left"/>
      <w:pPr>
        <w:ind w:left="3960" w:hanging="360"/>
      </w:pPr>
      <w:rPr>
        <w:rFonts w:ascii="Courier New" w:hAnsi="Courier New" w:hint="default"/>
      </w:rPr>
    </w:lvl>
    <w:lvl w:ilvl="5" w:tplc="4112BE70">
      <w:start w:val="1"/>
      <w:numFmt w:val="bullet"/>
      <w:lvlText w:val=""/>
      <w:lvlJc w:val="left"/>
      <w:pPr>
        <w:ind w:left="4680" w:hanging="360"/>
      </w:pPr>
      <w:rPr>
        <w:rFonts w:ascii="Wingdings" w:hAnsi="Wingdings" w:hint="default"/>
      </w:rPr>
    </w:lvl>
    <w:lvl w:ilvl="6" w:tplc="895E7C38">
      <w:start w:val="1"/>
      <w:numFmt w:val="bullet"/>
      <w:lvlText w:val=""/>
      <w:lvlJc w:val="left"/>
      <w:pPr>
        <w:ind w:left="5400" w:hanging="360"/>
      </w:pPr>
      <w:rPr>
        <w:rFonts w:ascii="Symbol" w:hAnsi="Symbol" w:hint="default"/>
      </w:rPr>
    </w:lvl>
    <w:lvl w:ilvl="7" w:tplc="14FEA13E">
      <w:start w:val="1"/>
      <w:numFmt w:val="bullet"/>
      <w:lvlText w:val="o"/>
      <w:lvlJc w:val="left"/>
      <w:pPr>
        <w:ind w:left="6120" w:hanging="360"/>
      </w:pPr>
      <w:rPr>
        <w:rFonts w:ascii="Courier New" w:hAnsi="Courier New" w:hint="default"/>
      </w:rPr>
    </w:lvl>
    <w:lvl w:ilvl="8" w:tplc="683C2070">
      <w:start w:val="1"/>
      <w:numFmt w:val="bullet"/>
      <w:lvlText w:val=""/>
      <w:lvlJc w:val="left"/>
      <w:pPr>
        <w:ind w:left="6840" w:hanging="360"/>
      </w:pPr>
      <w:rPr>
        <w:rFonts w:ascii="Wingdings" w:hAnsi="Wingdings" w:hint="default"/>
      </w:rPr>
    </w:lvl>
  </w:abstractNum>
  <w:abstractNum w:abstractNumId="34" w15:restartNumberingAfterBreak="0">
    <w:nsid w:val="6A2E421E"/>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8D47A1"/>
    <w:multiLevelType w:val="multilevel"/>
    <w:tmpl w:val="A058C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AB128F"/>
    <w:multiLevelType w:val="multilevel"/>
    <w:tmpl w:val="004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846A8A"/>
    <w:multiLevelType w:val="multilevel"/>
    <w:tmpl w:val="F09E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002997"/>
    <w:multiLevelType w:val="hybridMultilevel"/>
    <w:tmpl w:val="90023C9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E34C0D9"/>
    <w:multiLevelType w:val="hybridMultilevel"/>
    <w:tmpl w:val="9A703A96"/>
    <w:lvl w:ilvl="0" w:tplc="D618F058">
      <w:start w:val="1"/>
      <w:numFmt w:val="lowerLetter"/>
      <w:lvlText w:val="%1)"/>
      <w:lvlJc w:val="left"/>
      <w:pPr>
        <w:ind w:left="720" w:hanging="360"/>
      </w:pPr>
    </w:lvl>
    <w:lvl w:ilvl="1" w:tplc="F90022AC">
      <w:start w:val="1"/>
      <w:numFmt w:val="lowerLetter"/>
      <w:lvlText w:val="%2."/>
      <w:lvlJc w:val="left"/>
      <w:pPr>
        <w:ind w:left="1440" w:hanging="360"/>
      </w:pPr>
    </w:lvl>
    <w:lvl w:ilvl="2" w:tplc="61AED36C">
      <w:start w:val="1"/>
      <w:numFmt w:val="lowerRoman"/>
      <w:lvlText w:val="%3."/>
      <w:lvlJc w:val="right"/>
      <w:pPr>
        <w:ind w:left="2160" w:hanging="180"/>
      </w:pPr>
    </w:lvl>
    <w:lvl w:ilvl="3" w:tplc="7CB6B904">
      <w:start w:val="1"/>
      <w:numFmt w:val="decimal"/>
      <w:lvlText w:val="%4."/>
      <w:lvlJc w:val="left"/>
      <w:pPr>
        <w:ind w:left="2880" w:hanging="360"/>
      </w:pPr>
    </w:lvl>
    <w:lvl w:ilvl="4" w:tplc="54FCD2EE">
      <w:start w:val="1"/>
      <w:numFmt w:val="lowerLetter"/>
      <w:lvlText w:val="%5."/>
      <w:lvlJc w:val="left"/>
      <w:pPr>
        <w:ind w:left="3600" w:hanging="360"/>
      </w:pPr>
    </w:lvl>
    <w:lvl w:ilvl="5" w:tplc="A33262E2">
      <w:start w:val="1"/>
      <w:numFmt w:val="lowerRoman"/>
      <w:lvlText w:val="%6."/>
      <w:lvlJc w:val="right"/>
      <w:pPr>
        <w:ind w:left="4320" w:hanging="180"/>
      </w:pPr>
    </w:lvl>
    <w:lvl w:ilvl="6" w:tplc="DA905E46">
      <w:start w:val="1"/>
      <w:numFmt w:val="decimal"/>
      <w:lvlText w:val="%7."/>
      <w:lvlJc w:val="left"/>
      <w:pPr>
        <w:ind w:left="5040" w:hanging="360"/>
      </w:pPr>
    </w:lvl>
    <w:lvl w:ilvl="7" w:tplc="10003B7A">
      <w:start w:val="1"/>
      <w:numFmt w:val="lowerLetter"/>
      <w:lvlText w:val="%8."/>
      <w:lvlJc w:val="left"/>
      <w:pPr>
        <w:ind w:left="5760" w:hanging="360"/>
      </w:pPr>
    </w:lvl>
    <w:lvl w:ilvl="8" w:tplc="28B4FCDA">
      <w:start w:val="1"/>
      <w:numFmt w:val="lowerRoman"/>
      <w:lvlText w:val="%9."/>
      <w:lvlJc w:val="right"/>
      <w:pPr>
        <w:ind w:left="6480" w:hanging="180"/>
      </w:pPr>
    </w:lvl>
  </w:abstractNum>
  <w:num w:numId="1">
    <w:abstractNumId w:val="24"/>
  </w:num>
  <w:num w:numId="2">
    <w:abstractNumId w:val="12"/>
  </w:num>
  <w:num w:numId="3">
    <w:abstractNumId w:val="33"/>
  </w:num>
  <w:num w:numId="4">
    <w:abstractNumId w:val="39"/>
  </w:num>
  <w:num w:numId="5">
    <w:abstractNumId w:val="13"/>
  </w:num>
  <w:num w:numId="6">
    <w:abstractNumId w:val="8"/>
  </w:num>
  <w:num w:numId="7">
    <w:abstractNumId w:val="6"/>
  </w:num>
  <w:num w:numId="8">
    <w:abstractNumId w:val="5"/>
  </w:num>
  <w:num w:numId="9">
    <w:abstractNumId w:val="4"/>
  </w:num>
  <w:num w:numId="10">
    <w:abstractNumId w:val="7"/>
  </w:num>
  <w:num w:numId="11">
    <w:abstractNumId w:val="3"/>
  </w:num>
  <w:num w:numId="12">
    <w:abstractNumId w:val="2"/>
  </w:num>
  <w:num w:numId="13">
    <w:abstractNumId w:val="1"/>
  </w:num>
  <w:num w:numId="14">
    <w:abstractNumId w:val="0"/>
  </w:num>
  <w:num w:numId="15">
    <w:abstractNumId w:val="27"/>
  </w:num>
  <w:num w:numId="16">
    <w:abstractNumId w:val="15"/>
  </w:num>
  <w:num w:numId="17">
    <w:abstractNumId w:val="16"/>
  </w:num>
  <w:num w:numId="18">
    <w:abstractNumId w:val="22"/>
  </w:num>
  <w:num w:numId="19">
    <w:abstractNumId w:val="14"/>
  </w:num>
  <w:num w:numId="20">
    <w:abstractNumId w:val="11"/>
  </w:num>
  <w:num w:numId="21">
    <w:abstractNumId w:val="17"/>
  </w:num>
  <w:num w:numId="22">
    <w:abstractNumId w:val="36"/>
  </w:num>
  <w:num w:numId="23">
    <w:abstractNumId w:val="20"/>
  </w:num>
  <w:num w:numId="24">
    <w:abstractNumId w:val="19"/>
  </w:num>
  <w:num w:numId="25">
    <w:abstractNumId w:val="10"/>
  </w:num>
  <w:num w:numId="26">
    <w:abstractNumId w:val="31"/>
  </w:num>
  <w:num w:numId="27">
    <w:abstractNumId w:val="28"/>
  </w:num>
  <w:num w:numId="28">
    <w:abstractNumId w:val="32"/>
  </w:num>
  <w:num w:numId="29">
    <w:abstractNumId w:val="35"/>
  </w:num>
  <w:num w:numId="30">
    <w:abstractNumId w:val="30"/>
  </w:num>
  <w:num w:numId="31">
    <w:abstractNumId w:val="9"/>
  </w:num>
  <w:num w:numId="32">
    <w:abstractNumId w:val="26"/>
  </w:num>
  <w:num w:numId="33">
    <w:abstractNumId w:val="34"/>
  </w:num>
  <w:num w:numId="34">
    <w:abstractNumId w:val="29"/>
  </w:num>
  <w:num w:numId="35">
    <w:abstractNumId w:val="38"/>
  </w:num>
  <w:num w:numId="36">
    <w:abstractNumId w:val="23"/>
  </w:num>
  <w:num w:numId="37">
    <w:abstractNumId w:val="25"/>
  </w:num>
  <w:num w:numId="38">
    <w:abstractNumId w:val="21"/>
  </w:num>
  <w:num w:numId="39">
    <w:abstractNumId w:val="18"/>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149"/>
    <w:rsid w:val="00022520"/>
    <w:rsid w:val="00034616"/>
    <w:rsid w:val="0006063C"/>
    <w:rsid w:val="00060FC4"/>
    <w:rsid w:val="000B806B"/>
    <w:rsid w:val="00111F75"/>
    <w:rsid w:val="0015074B"/>
    <w:rsid w:val="001F1EE5"/>
    <w:rsid w:val="0026028A"/>
    <w:rsid w:val="0029639D"/>
    <w:rsid w:val="00326F90"/>
    <w:rsid w:val="003C2ECA"/>
    <w:rsid w:val="003F2833"/>
    <w:rsid w:val="00433E3E"/>
    <w:rsid w:val="004443DE"/>
    <w:rsid w:val="00446562"/>
    <w:rsid w:val="00463E60"/>
    <w:rsid w:val="0046716C"/>
    <w:rsid w:val="00532AE6"/>
    <w:rsid w:val="00540F2C"/>
    <w:rsid w:val="00656D65"/>
    <w:rsid w:val="006767C2"/>
    <w:rsid w:val="00680DBE"/>
    <w:rsid w:val="006A1283"/>
    <w:rsid w:val="00734C30"/>
    <w:rsid w:val="00786437"/>
    <w:rsid w:val="007B2C7F"/>
    <w:rsid w:val="008B7B8D"/>
    <w:rsid w:val="008D08AB"/>
    <w:rsid w:val="0094035B"/>
    <w:rsid w:val="0095186F"/>
    <w:rsid w:val="00990AEF"/>
    <w:rsid w:val="009E874D"/>
    <w:rsid w:val="00AA1D8D"/>
    <w:rsid w:val="00AE2D15"/>
    <w:rsid w:val="00B26ADA"/>
    <w:rsid w:val="00B43C04"/>
    <w:rsid w:val="00B47730"/>
    <w:rsid w:val="00B54539"/>
    <w:rsid w:val="00BA6130"/>
    <w:rsid w:val="00C343D7"/>
    <w:rsid w:val="00C34970"/>
    <w:rsid w:val="00C92443"/>
    <w:rsid w:val="00CA297E"/>
    <w:rsid w:val="00CB0664"/>
    <w:rsid w:val="00CD6D03"/>
    <w:rsid w:val="00D14ABB"/>
    <w:rsid w:val="00D40237"/>
    <w:rsid w:val="00D61D40"/>
    <w:rsid w:val="00D7473D"/>
    <w:rsid w:val="00DD5C56"/>
    <w:rsid w:val="00ED7198"/>
    <w:rsid w:val="00F6611B"/>
    <w:rsid w:val="00FA5BF9"/>
    <w:rsid w:val="00FC085A"/>
    <w:rsid w:val="00FC693F"/>
    <w:rsid w:val="0136DDA0"/>
    <w:rsid w:val="018D8C14"/>
    <w:rsid w:val="03955DA1"/>
    <w:rsid w:val="03C7161F"/>
    <w:rsid w:val="03D1112E"/>
    <w:rsid w:val="03D15474"/>
    <w:rsid w:val="03F770B1"/>
    <w:rsid w:val="045A3DA9"/>
    <w:rsid w:val="060F9562"/>
    <w:rsid w:val="0640A115"/>
    <w:rsid w:val="070D29F6"/>
    <w:rsid w:val="07828B13"/>
    <w:rsid w:val="0785F3BE"/>
    <w:rsid w:val="084CF6B6"/>
    <w:rsid w:val="09289519"/>
    <w:rsid w:val="0A0C0396"/>
    <w:rsid w:val="0A0D397E"/>
    <w:rsid w:val="0B0F4BB0"/>
    <w:rsid w:val="0B4384AE"/>
    <w:rsid w:val="0C614D1F"/>
    <w:rsid w:val="0C8A4465"/>
    <w:rsid w:val="0D9D2652"/>
    <w:rsid w:val="0DA10060"/>
    <w:rsid w:val="0DD3DEA7"/>
    <w:rsid w:val="0E5EA7BF"/>
    <w:rsid w:val="0F1C35F0"/>
    <w:rsid w:val="104D89F4"/>
    <w:rsid w:val="11C41B3D"/>
    <w:rsid w:val="12AF23BF"/>
    <w:rsid w:val="13082A9B"/>
    <w:rsid w:val="13A7994A"/>
    <w:rsid w:val="13E08124"/>
    <w:rsid w:val="144E7151"/>
    <w:rsid w:val="146E62CA"/>
    <w:rsid w:val="1497C8F4"/>
    <w:rsid w:val="156C7B80"/>
    <w:rsid w:val="161AA2AA"/>
    <w:rsid w:val="167BBA86"/>
    <w:rsid w:val="172B6871"/>
    <w:rsid w:val="1759E2B2"/>
    <w:rsid w:val="19C835D4"/>
    <w:rsid w:val="1AD29DC3"/>
    <w:rsid w:val="1BFB0847"/>
    <w:rsid w:val="1C549A87"/>
    <w:rsid w:val="1D2EC199"/>
    <w:rsid w:val="1D6874B1"/>
    <w:rsid w:val="1DBB12E2"/>
    <w:rsid w:val="1E98B9C3"/>
    <w:rsid w:val="1F2F15F2"/>
    <w:rsid w:val="1F7AC341"/>
    <w:rsid w:val="1FE048E6"/>
    <w:rsid w:val="211C1FF6"/>
    <w:rsid w:val="213C2490"/>
    <w:rsid w:val="22125FDF"/>
    <w:rsid w:val="223C0E0D"/>
    <w:rsid w:val="22591B65"/>
    <w:rsid w:val="23F8D13E"/>
    <w:rsid w:val="2446CCB5"/>
    <w:rsid w:val="25D083B2"/>
    <w:rsid w:val="290A2284"/>
    <w:rsid w:val="2A241B61"/>
    <w:rsid w:val="2A743387"/>
    <w:rsid w:val="2B73B840"/>
    <w:rsid w:val="2C72870A"/>
    <w:rsid w:val="2CF27EA7"/>
    <w:rsid w:val="2D7DDF22"/>
    <w:rsid w:val="2F410877"/>
    <w:rsid w:val="30C121EB"/>
    <w:rsid w:val="30F012CD"/>
    <w:rsid w:val="30FA2D43"/>
    <w:rsid w:val="313222DD"/>
    <w:rsid w:val="31782C21"/>
    <w:rsid w:val="31898F27"/>
    <w:rsid w:val="32898F62"/>
    <w:rsid w:val="32E2219A"/>
    <w:rsid w:val="33BC3B33"/>
    <w:rsid w:val="3427B2A3"/>
    <w:rsid w:val="34CDE439"/>
    <w:rsid w:val="366CD855"/>
    <w:rsid w:val="3731BFB2"/>
    <w:rsid w:val="37787904"/>
    <w:rsid w:val="37C53556"/>
    <w:rsid w:val="38AC808F"/>
    <w:rsid w:val="38B92C76"/>
    <w:rsid w:val="38D5F2C8"/>
    <w:rsid w:val="3960F824"/>
    <w:rsid w:val="3B7C54A5"/>
    <w:rsid w:val="3BE124C7"/>
    <w:rsid w:val="3CE0CA22"/>
    <w:rsid w:val="3DA5C864"/>
    <w:rsid w:val="3E63F86D"/>
    <w:rsid w:val="3EC7B1C3"/>
    <w:rsid w:val="3F8D12B8"/>
    <w:rsid w:val="404CC715"/>
    <w:rsid w:val="420F9E76"/>
    <w:rsid w:val="426D6E58"/>
    <w:rsid w:val="4273D217"/>
    <w:rsid w:val="4277DC53"/>
    <w:rsid w:val="435399A2"/>
    <w:rsid w:val="4447FBA9"/>
    <w:rsid w:val="44F0DB62"/>
    <w:rsid w:val="44FB1E54"/>
    <w:rsid w:val="45EDB5D7"/>
    <w:rsid w:val="476B0913"/>
    <w:rsid w:val="480453A7"/>
    <w:rsid w:val="489E7BD9"/>
    <w:rsid w:val="48FEF722"/>
    <w:rsid w:val="4959CCAA"/>
    <w:rsid w:val="497F0226"/>
    <w:rsid w:val="49F8F30F"/>
    <w:rsid w:val="4B655731"/>
    <w:rsid w:val="4CB7DF83"/>
    <w:rsid w:val="4CE3159C"/>
    <w:rsid w:val="4D9470D5"/>
    <w:rsid w:val="4F3651EC"/>
    <w:rsid w:val="506D0440"/>
    <w:rsid w:val="514AB879"/>
    <w:rsid w:val="51A41C3E"/>
    <w:rsid w:val="5229D0CC"/>
    <w:rsid w:val="52BCAD9A"/>
    <w:rsid w:val="53442E71"/>
    <w:rsid w:val="546B566F"/>
    <w:rsid w:val="5525C959"/>
    <w:rsid w:val="567FA8C5"/>
    <w:rsid w:val="56F4F672"/>
    <w:rsid w:val="5750D786"/>
    <w:rsid w:val="57F3F9ED"/>
    <w:rsid w:val="57F947CD"/>
    <w:rsid w:val="5940DE3D"/>
    <w:rsid w:val="599E1E42"/>
    <w:rsid w:val="5AC4FDAD"/>
    <w:rsid w:val="5B4937D8"/>
    <w:rsid w:val="5B63CECB"/>
    <w:rsid w:val="5C75E6BB"/>
    <w:rsid w:val="5E0FCAFA"/>
    <w:rsid w:val="5E11C766"/>
    <w:rsid w:val="629BD4AE"/>
    <w:rsid w:val="62C2444B"/>
    <w:rsid w:val="6326DD88"/>
    <w:rsid w:val="635CC667"/>
    <w:rsid w:val="641A56A8"/>
    <w:rsid w:val="645B89F1"/>
    <w:rsid w:val="64B290E7"/>
    <w:rsid w:val="6505E582"/>
    <w:rsid w:val="65DAE28A"/>
    <w:rsid w:val="66425E10"/>
    <w:rsid w:val="6723049D"/>
    <w:rsid w:val="672548A0"/>
    <w:rsid w:val="686820C9"/>
    <w:rsid w:val="6AB709A8"/>
    <w:rsid w:val="6BC0F071"/>
    <w:rsid w:val="6C1A6A99"/>
    <w:rsid w:val="6C2583E1"/>
    <w:rsid w:val="6D8A397D"/>
    <w:rsid w:val="6E9A4A66"/>
    <w:rsid w:val="6FA4FE7F"/>
    <w:rsid w:val="70D20514"/>
    <w:rsid w:val="719570F6"/>
    <w:rsid w:val="74778D69"/>
    <w:rsid w:val="74B4C49B"/>
    <w:rsid w:val="74ED7F3C"/>
    <w:rsid w:val="75B3AA6C"/>
    <w:rsid w:val="7744379E"/>
    <w:rsid w:val="7771EE28"/>
    <w:rsid w:val="7855AD69"/>
    <w:rsid w:val="786C37E1"/>
    <w:rsid w:val="7A19D163"/>
    <w:rsid w:val="7A6C34AF"/>
    <w:rsid w:val="7AD8D579"/>
    <w:rsid w:val="7B9F26A3"/>
    <w:rsid w:val="7C3BF8DF"/>
    <w:rsid w:val="7D473FB9"/>
    <w:rsid w:val="7E2B0317"/>
    <w:rsid w:val="7E56992C"/>
    <w:rsid w:val="7EF35786"/>
    <w:rsid w:val="7F228811"/>
    <w:rsid w:val="7FEBE050"/>
    <w:rsid w:val="7FF8D8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3F2A423-2501-4041-A511-91CA1149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7E2B0317"/>
    <w:pPr>
      <w:spacing w:after="120"/>
    </w:pPr>
    <w:rPr>
      <w:rFonts w:ascii="Arial" w:eastAsia="Arial" w:hAnsi="Arial"/>
      <w:sz w:val="21"/>
      <w:szCs w:val="21"/>
      <w:lang w:val="es-ES"/>
    </w:rPr>
  </w:style>
  <w:style w:type="paragraph" w:styleId="Ttulo1">
    <w:name w:val="heading 1"/>
    <w:basedOn w:val="Normal"/>
    <w:next w:val="Normal"/>
    <w:link w:val="Ttulo1Car"/>
    <w:uiPriority w:val="9"/>
    <w:qFormat/>
    <w:rsid w:val="7E2B0317"/>
    <w:pPr>
      <w:keepNext/>
      <w:keepLines/>
      <w:spacing w:before="480" w:after="0"/>
      <w:outlineLvl w:val="0"/>
    </w:pPr>
    <w:rPr>
      <w:rFonts w:asciiTheme="majorHAnsi" w:eastAsiaTheme="majorEastAsia" w:hAnsiTheme="majorHAnsi" w:cstheme="majorBidi"/>
      <w:b/>
      <w:bCs/>
      <w:color w:val="365F91" w:themeColor="accent1" w:themeShade="BF"/>
      <w:sz w:val="26"/>
      <w:szCs w:val="26"/>
    </w:rPr>
  </w:style>
  <w:style w:type="paragraph" w:styleId="Ttulo2">
    <w:name w:val="heading 2"/>
    <w:basedOn w:val="Normal"/>
    <w:next w:val="Normal"/>
    <w:link w:val="Ttulo2Car"/>
    <w:uiPriority w:val="9"/>
    <w:unhideWhenUsed/>
    <w:qFormat/>
    <w:rsid w:val="7E2B0317"/>
    <w:pPr>
      <w:keepNext/>
      <w:keepLines/>
      <w:spacing w:before="200" w:after="0"/>
      <w:outlineLvl w:val="1"/>
    </w:pPr>
    <w:rPr>
      <w:rFonts w:asciiTheme="majorHAnsi" w:eastAsiaTheme="majorEastAsia" w:hAnsiTheme="majorHAnsi" w:cstheme="majorBidi"/>
      <w:b/>
      <w:bCs/>
      <w:color w:val="4F81BD" w:themeColor="accent1"/>
      <w:sz w:val="23"/>
      <w:szCs w:val="23"/>
    </w:rPr>
  </w:style>
  <w:style w:type="paragraph" w:styleId="Ttulo3">
    <w:name w:val="heading 3"/>
    <w:basedOn w:val="Normal"/>
    <w:next w:val="Normal"/>
    <w:link w:val="Ttulo3Car"/>
    <w:uiPriority w:val="9"/>
    <w:unhideWhenUsed/>
    <w:qFormat/>
    <w:rsid w:val="7E2B0317"/>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7E2B0317"/>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7E2B0317"/>
    <w:pPr>
      <w:keepNext/>
      <w:keepLines/>
      <w:spacing w:before="200" w:after="0"/>
      <w:outlineLvl w:val="4"/>
    </w:pPr>
    <w:rPr>
      <w:rFonts w:asciiTheme="majorHAnsi" w:eastAsiaTheme="majorEastAsia" w:hAnsiTheme="majorHAnsi" w:cstheme="majorBidi"/>
      <w:color w:val="243F60"/>
    </w:rPr>
  </w:style>
  <w:style w:type="paragraph" w:styleId="Ttulo6">
    <w:name w:val="heading 6"/>
    <w:basedOn w:val="Normal"/>
    <w:next w:val="Normal"/>
    <w:link w:val="Ttulo6Car"/>
    <w:uiPriority w:val="9"/>
    <w:semiHidden/>
    <w:unhideWhenUsed/>
    <w:qFormat/>
    <w:rsid w:val="7E2B0317"/>
    <w:pPr>
      <w:keepNext/>
      <w:keepLines/>
      <w:spacing w:before="200" w:after="0"/>
      <w:outlineLvl w:val="5"/>
    </w:pPr>
    <w:rPr>
      <w:rFonts w:asciiTheme="majorHAnsi" w:eastAsiaTheme="majorEastAsia" w:hAnsiTheme="majorHAnsi" w:cstheme="majorBidi"/>
      <w:i/>
      <w:iCs/>
      <w:color w:val="243F60"/>
    </w:rPr>
  </w:style>
  <w:style w:type="paragraph" w:styleId="Ttulo7">
    <w:name w:val="heading 7"/>
    <w:basedOn w:val="Normal"/>
    <w:next w:val="Normal"/>
    <w:link w:val="Ttulo7Car"/>
    <w:uiPriority w:val="9"/>
    <w:semiHidden/>
    <w:unhideWhenUsed/>
    <w:qFormat/>
    <w:rsid w:val="7E2B031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7E2B031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7E2B031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7E2B0317"/>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7E2B0317"/>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7E2B0317"/>
    <w:pPr>
      <w:pBdr>
        <w:bottom w:val="single" w:sz="8" w:space="4" w:color="4F81BD" w:themeColor="accent1"/>
      </w:pBdr>
      <w:spacing w:after="300"/>
      <w:contextualSpacing/>
    </w:pPr>
    <w:rPr>
      <w:rFonts w:asciiTheme="majorHAnsi" w:eastAsiaTheme="majorEastAsia" w:hAnsiTheme="majorHAnsi" w:cstheme="majorBidi"/>
      <w:b/>
      <w:bCs/>
      <w:color w:val="17365D" w:themeColor="text2" w:themeShade="BF"/>
      <w:sz w:val="30"/>
      <w:szCs w:val="30"/>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7E2B0317"/>
    <w:rPr>
      <w:rFonts w:asciiTheme="majorHAnsi" w:eastAsiaTheme="majorEastAsia" w:hAnsiTheme="majorHAnsi" w:cstheme="majorBidi"/>
      <w:i/>
      <w:iCs/>
      <w:color w:val="4F81BD" w:themeColor="accent1"/>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7E2B0317"/>
    <w:pPr>
      <w:ind w:left="720"/>
      <w:contextualSpacing/>
    </w:pPr>
  </w:style>
  <w:style w:type="paragraph" w:styleId="Textoindependiente">
    <w:name w:val="Body Text"/>
    <w:basedOn w:val="Normal"/>
    <w:link w:val="TextoindependienteCar"/>
    <w:uiPriority w:val="99"/>
    <w:unhideWhenUsed/>
    <w:rsid w:val="7E2B0317"/>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7E2B0317"/>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7E2B0317"/>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7E2B0317"/>
    <w:pPr>
      <w:ind w:left="360" w:hanging="360"/>
      <w:contextualSpacing/>
    </w:pPr>
  </w:style>
  <w:style w:type="paragraph" w:styleId="Lista2">
    <w:name w:val="List 2"/>
    <w:basedOn w:val="Normal"/>
    <w:uiPriority w:val="99"/>
    <w:unhideWhenUsed/>
    <w:rsid w:val="7E2B0317"/>
    <w:pPr>
      <w:ind w:left="720" w:hanging="360"/>
      <w:contextualSpacing/>
    </w:pPr>
  </w:style>
  <w:style w:type="paragraph" w:styleId="Lista3">
    <w:name w:val="List 3"/>
    <w:basedOn w:val="Normal"/>
    <w:uiPriority w:val="99"/>
    <w:unhideWhenUsed/>
    <w:rsid w:val="7E2B0317"/>
    <w:pPr>
      <w:ind w:left="1080" w:hanging="360"/>
      <w:contextualSpacing/>
    </w:pPr>
  </w:style>
  <w:style w:type="paragraph" w:styleId="Listaconvietas">
    <w:name w:val="List Bullet"/>
    <w:basedOn w:val="Normal"/>
    <w:uiPriority w:val="99"/>
    <w:unhideWhenUsed/>
    <w:rsid w:val="7E2B0317"/>
    <w:pPr>
      <w:numPr>
        <w:numId w:val="6"/>
      </w:numPr>
      <w:contextualSpacing/>
    </w:pPr>
  </w:style>
  <w:style w:type="paragraph" w:styleId="Listaconvietas2">
    <w:name w:val="List Bullet 2"/>
    <w:basedOn w:val="Normal"/>
    <w:uiPriority w:val="99"/>
    <w:unhideWhenUsed/>
    <w:rsid w:val="7E2B0317"/>
    <w:pPr>
      <w:numPr>
        <w:numId w:val="7"/>
      </w:numPr>
      <w:contextualSpacing/>
    </w:pPr>
  </w:style>
  <w:style w:type="paragraph" w:styleId="Listaconvietas3">
    <w:name w:val="List Bullet 3"/>
    <w:basedOn w:val="Normal"/>
    <w:uiPriority w:val="99"/>
    <w:unhideWhenUsed/>
    <w:rsid w:val="7E2B0317"/>
    <w:pPr>
      <w:numPr>
        <w:numId w:val="8"/>
      </w:numPr>
      <w:contextualSpacing/>
    </w:pPr>
  </w:style>
  <w:style w:type="paragraph" w:styleId="Listaconnmeros">
    <w:name w:val="List Number"/>
    <w:basedOn w:val="Normal"/>
    <w:uiPriority w:val="99"/>
    <w:unhideWhenUsed/>
    <w:rsid w:val="7E2B0317"/>
    <w:pPr>
      <w:numPr>
        <w:numId w:val="10"/>
      </w:numPr>
      <w:contextualSpacing/>
    </w:pPr>
  </w:style>
  <w:style w:type="paragraph" w:styleId="Listaconnmeros2">
    <w:name w:val="List Number 2"/>
    <w:basedOn w:val="Normal"/>
    <w:uiPriority w:val="99"/>
    <w:unhideWhenUsed/>
    <w:rsid w:val="7E2B0317"/>
    <w:pPr>
      <w:numPr>
        <w:numId w:val="11"/>
      </w:numPr>
      <w:contextualSpacing/>
    </w:pPr>
  </w:style>
  <w:style w:type="paragraph" w:styleId="Listaconnmeros3">
    <w:name w:val="List Number 3"/>
    <w:basedOn w:val="Normal"/>
    <w:uiPriority w:val="99"/>
    <w:unhideWhenUsed/>
    <w:rsid w:val="7E2B0317"/>
    <w:pPr>
      <w:numPr>
        <w:numId w:val="12"/>
      </w:numPr>
      <w:contextualSpacing/>
    </w:pPr>
  </w:style>
  <w:style w:type="paragraph" w:styleId="Continuarlista">
    <w:name w:val="List Continue"/>
    <w:basedOn w:val="Normal"/>
    <w:uiPriority w:val="99"/>
    <w:unhideWhenUsed/>
    <w:rsid w:val="7E2B0317"/>
    <w:pPr>
      <w:ind w:left="360"/>
      <w:contextualSpacing/>
    </w:pPr>
  </w:style>
  <w:style w:type="paragraph" w:styleId="Continuarlista2">
    <w:name w:val="List Continue 2"/>
    <w:basedOn w:val="Normal"/>
    <w:uiPriority w:val="99"/>
    <w:unhideWhenUsed/>
    <w:rsid w:val="7E2B0317"/>
    <w:pPr>
      <w:ind w:left="720"/>
      <w:contextualSpacing/>
    </w:pPr>
  </w:style>
  <w:style w:type="paragraph" w:styleId="Continuarlista3">
    <w:name w:val="List Continue 3"/>
    <w:basedOn w:val="Normal"/>
    <w:uiPriority w:val="99"/>
    <w:unhideWhenUsed/>
    <w:rsid w:val="7E2B0317"/>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7E2B0317"/>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7E2B0317"/>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7E2B0317"/>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semiHidden/>
    <w:unhideWhenUsed/>
    <w:rsid w:val="00656D65"/>
    <w:rPr>
      <w:color w:val="0000FF"/>
      <w:u w:val="single"/>
    </w:rPr>
  </w:style>
  <w:style w:type="paragraph" w:styleId="Sangra3detindependiente">
    <w:name w:val="Body Text Indent 3"/>
    <w:basedOn w:val="Normal"/>
    <w:link w:val="Sangra3detindependienteCar"/>
    <w:uiPriority w:val="99"/>
    <w:unhideWhenUsed/>
    <w:rsid w:val="00656D65"/>
    <w:pPr>
      <w:spacing w:line="259" w:lineRule="auto"/>
      <w:ind w:left="283"/>
      <w:jc w:val="both"/>
    </w:pPr>
    <w:rPr>
      <w:rFonts w:asciiTheme="minorHAnsi" w:eastAsiaTheme="minorHAnsi" w:hAnsiTheme="minorHAnsi"/>
      <w:sz w:val="16"/>
      <w:szCs w:val="16"/>
    </w:rPr>
  </w:style>
  <w:style w:type="character" w:customStyle="1" w:styleId="Sangra3detindependienteCar">
    <w:name w:val="Sangría 3 de t. independiente Car"/>
    <w:basedOn w:val="Fuentedeprrafopredeter"/>
    <w:link w:val="Sangra3detindependiente"/>
    <w:uiPriority w:val="99"/>
    <w:rsid w:val="00656D65"/>
    <w:rPr>
      <w:rFonts w:eastAsiaTheme="minorHAnsi"/>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secretariageneral@ubu.es"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5F1FB-AE57-43F7-9E35-F54A04515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466</Words>
  <Characters>2565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3025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RAUL SOTO LOPEZ</cp:lastModifiedBy>
  <cp:revision>2</cp:revision>
  <dcterms:created xsi:type="dcterms:W3CDTF">2026-09-16T06:48:00Z</dcterms:created>
  <dcterms:modified xsi:type="dcterms:W3CDTF">2026-09-16T06:48:00Z</dcterms:modified>
  <cp:category/>
</cp:coreProperties>
</file>